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CE87B18" w14:textId="77777777" w:rsidR="00FB0ED7" w:rsidRDefault="00000000">
      <w:pPr>
        <w:pStyle w:val="Titlu1"/>
      </w:pPr>
      <w:r>
        <w:t>Russian Naval Losses (2022–2024)</w:t>
      </w:r>
    </w:p>
    <w:tbl>
      <w:tblPr>
        <w:tblStyle w:val="Tabelgril"/>
        <w:tblW w:w="0" w:type="auto"/>
        <w:tblLook w:val="04A0" w:firstRow="1" w:lastRow="0" w:firstColumn="1" w:lastColumn="0" w:noHBand="0" w:noVBand="1"/>
      </w:tblPr>
      <w:tblGrid>
        <w:gridCol w:w="2602"/>
        <w:gridCol w:w="1472"/>
        <w:gridCol w:w="1046"/>
        <w:gridCol w:w="1157"/>
        <w:gridCol w:w="1307"/>
        <w:gridCol w:w="1046"/>
      </w:tblGrid>
      <w:tr w:rsidR="00FB0ED7" w14:paraId="6BE432CD" w14:textId="77777777" w:rsidTr="00451F9D">
        <w:tc>
          <w:tcPr>
            <w:tcW w:w="2676" w:type="dxa"/>
          </w:tcPr>
          <w:p w14:paraId="4DC6FC9E" w14:textId="77777777" w:rsidR="00FB0ED7" w:rsidRDefault="00000000">
            <w:r>
              <w:t>NR</w:t>
            </w:r>
          </w:p>
        </w:tc>
        <w:tc>
          <w:tcPr>
            <w:tcW w:w="1511" w:type="dxa"/>
          </w:tcPr>
          <w:p w14:paraId="65D61C60" w14:textId="77777777" w:rsidR="00FB0ED7" w:rsidRDefault="00000000">
            <w:r>
              <w:t>Name</w:t>
            </w:r>
          </w:p>
        </w:tc>
        <w:tc>
          <w:tcPr>
            <w:tcW w:w="1071" w:type="dxa"/>
          </w:tcPr>
          <w:p w14:paraId="620B8D0D" w14:textId="77777777" w:rsidR="00FB0ED7" w:rsidRDefault="00000000">
            <w:r>
              <w:t>Dată</w:t>
            </w:r>
          </w:p>
        </w:tc>
        <w:tc>
          <w:tcPr>
            <w:tcW w:w="1186" w:type="dxa"/>
          </w:tcPr>
          <w:p w14:paraId="702F276D" w14:textId="77777777" w:rsidR="00FB0ED7" w:rsidRDefault="00000000">
            <w:r>
              <w:t>Results</w:t>
            </w:r>
          </w:p>
        </w:tc>
        <w:tc>
          <w:tcPr>
            <w:tcW w:w="1341" w:type="dxa"/>
          </w:tcPr>
          <w:p w14:paraId="5C087C87" w14:textId="77777777" w:rsidR="00FB0ED7" w:rsidRDefault="00000000">
            <w:r>
              <w:t>Loc</w:t>
            </w:r>
          </w:p>
        </w:tc>
        <w:tc>
          <w:tcPr>
            <w:tcW w:w="1071" w:type="dxa"/>
          </w:tcPr>
          <w:p w14:paraId="4C9E31AA" w14:textId="77777777" w:rsidR="00FB0ED7" w:rsidRDefault="00000000">
            <w:r>
              <w:t>What he hit</w:t>
            </w:r>
          </w:p>
        </w:tc>
      </w:tr>
      <w:tr w:rsidR="00FB0ED7" w14:paraId="6F8337EA" w14:textId="77777777" w:rsidTr="00451F9D">
        <w:tc>
          <w:tcPr>
            <w:tcW w:w="2676" w:type="dxa"/>
          </w:tcPr>
          <w:p w14:paraId="2C7DDFD4" w14:textId="77777777" w:rsidR="00FB0ED7" w:rsidRDefault="00FB0ED7"/>
        </w:tc>
        <w:tc>
          <w:tcPr>
            <w:tcW w:w="1511" w:type="dxa"/>
          </w:tcPr>
          <w:p w14:paraId="74009D82" w14:textId="77777777" w:rsidR="00FB0ED7" w:rsidRDefault="00FB0ED7"/>
        </w:tc>
        <w:tc>
          <w:tcPr>
            <w:tcW w:w="1071" w:type="dxa"/>
          </w:tcPr>
          <w:p w14:paraId="56A767BB" w14:textId="77777777" w:rsidR="00FB0ED7" w:rsidRDefault="00FB0ED7"/>
        </w:tc>
        <w:tc>
          <w:tcPr>
            <w:tcW w:w="1186" w:type="dxa"/>
          </w:tcPr>
          <w:p w14:paraId="6F435329" w14:textId="77777777" w:rsidR="00FB0ED7" w:rsidRDefault="00FB0ED7"/>
        </w:tc>
        <w:tc>
          <w:tcPr>
            <w:tcW w:w="1341" w:type="dxa"/>
          </w:tcPr>
          <w:p w14:paraId="04DA511F" w14:textId="77777777" w:rsidR="00FB0ED7" w:rsidRDefault="00FB0ED7"/>
        </w:tc>
        <w:tc>
          <w:tcPr>
            <w:tcW w:w="1071" w:type="dxa"/>
          </w:tcPr>
          <w:p w14:paraId="4666C43D" w14:textId="77777777" w:rsidR="00FB0ED7" w:rsidRDefault="00FB0ED7"/>
        </w:tc>
      </w:tr>
      <w:tr w:rsidR="00FB0ED7" w14:paraId="6E5DE73C" w14:textId="77777777" w:rsidTr="00451F9D">
        <w:tc>
          <w:tcPr>
            <w:tcW w:w="2676" w:type="dxa"/>
          </w:tcPr>
          <w:p w14:paraId="18051175" w14:textId="6EA9F6C0" w:rsidR="00FB0ED7" w:rsidRDefault="00451F9D">
            <w:r>
              <w:rPr>
                <w:noProof/>
              </w:rPr>
              <w:drawing>
                <wp:inline distT="0" distB="0" distL="0" distR="0" wp14:anchorId="3D80ED2D" wp14:editId="729002DF">
                  <wp:extent cx="1493098" cy="993913"/>
                  <wp:effectExtent l="0" t="0" r="0" b="0"/>
                  <wp:docPr id="626343826" name="Imagin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1484" cy="9994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157B7C50" w14:textId="77777777" w:rsidR="00FB0ED7" w:rsidRDefault="00000000">
            <w:r>
              <w:t>Patrol boat pr. 03160 Raptor</w:t>
            </w:r>
          </w:p>
        </w:tc>
        <w:tc>
          <w:tcPr>
            <w:tcW w:w="1071" w:type="dxa"/>
          </w:tcPr>
          <w:p w14:paraId="3D5CD57D" w14:textId="77777777" w:rsidR="00FB0ED7" w:rsidRDefault="00000000">
            <w:r>
              <w:t>21.03.2022</w:t>
            </w:r>
          </w:p>
        </w:tc>
        <w:tc>
          <w:tcPr>
            <w:tcW w:w="1186" w:type="dxa"/>
          </w:tcPr>
          <w:p w14:paraId="2D7700BE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496434D1" w14:textId="77777777" w:rsidR="00FB0ED7" w:rsidRDefault="00000000">
            <w:r>
              <w:t>Sea of Azov, near Mariupol</w:t>
            </w:r>
          </w:p>
        </w:tc>
        <w:tc>
          <w:tcPr>
            <w:tcW w:w="1071" w:type="dxa"/>
          </w:tcPr>
          <w:p w14:paraId="244B0DD2" w14:textId="77777777" w:rsidR="00FB0ED7" w:rsidRDefault="00000000">
            <w:r>
              <w:t>ATGM</w:t>
            </w:r>
          </w:p>
        </w:tc>
      </w:tr>
      <w:tr w:rsidR="00FB0ED7" w14:paraId="201A7327" w14:textId="77777777" w:rsidTr="00451F9D">
        <w:tc>
          <w:tcPr>
            <w:tcW w:w="2676" w:type="dxa"/>
          </w:tcPr>
          <w:p w14:paraId="237CE09C" w14:textId="71E29146" w:rsidR="00FB0ED7" w:rsidRDefault="00451F9D">
            <w:r>
              <w:rPr>
                <w:noProof/>
              </w:rPr>
              <w:drawing>
                <wp:inline distT="0" distB="0" distL="0" distR="0" wp14:anchorId="5DC14A1E" wp14:editId="4AC57DBF">
                  <wp:extent cx="1492832" cy="993913"/>
                  <wp:effectExtent l="0" t="0" r="0" b="0"/>
                  <wp:docPr id="1781372564" name="Imagin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5141" cy="100210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08C1853C" w14:textId="77777777" w:rsidR="00FB0ED7" w:rsidRDefault="00000000">
            <w:r>
              <w:t>Large landing craft pr. 1171 (code "Tapir") "Saratov"</w:t>
            </w:r>
          </w:p>
        </w:tc>
        <w:tc>
          <w:tcPr>
            <w:tcW w:w="1071" w:type="dxa"/>
          </w:tcPr>
          <w:p w14:paraId="032109FF" w14:textId="77777777" w:rsidR="00FB0ED7" w:rsidRDefault="00000000">
            <w:r>
              <w:t>24.03.2022</w:t>
            </w:r>
          </w:p>
        </w:tc>
        <w:tc>
          <w:tcPr>
            <w:tcW w:w="1186" w:type="dxa"/>
          </w:tcPr>
          <w:p w14:paraId="25891BC8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17FB9E94" w14:textId="77777777" w:rsidR="00FB0ED7" w:rsidRDefault="00000000">
            <w:r>
              <w:t>in Berdyansk harbour, Sea of Azov</w:t>
            </w:r>
          </w:p>
        </w:tc>
        <w:tc>
          <w:tcPr>
            <w:tcW w:w="1071" w:type="dxa"/>
          </w:tcPr>
          <w:p w14:paraId="2AFF52DB" w14:textId="77777777" w:rsidR="00FB0ED7" w:rsidRDefault="00000000">
            <w:r>
              <w:t>Tochka-U</w:t>
            </w:r>
          </w:p>
        </w:tc>
      </w:tr>
      <w:tr w:rsidR="00FB0ED7" w14:paraId="63800514" w14:textId="77777777" w:rsidTr="00451F9D">
        <w:tc>
          <w:tcPr>
            <w:tcW w:w="2676" w:type="dxa"/>
          </w:tcPr>
          <w:p w14:paraId="31C05F9C" w14:textId="3386837E" w:rsidR="00FB0ED7" w:rsidRDefault="00451F9D">
            <w:r>
              <w:rPr>
                <w:noProof/>
              </w:rPr>
              <w:drawing>
                <wp:inline distT="0" distB="0" distL="0" distR="0" wp14:anchorId="72704883" wp14:editId="166B7F57">
                  <wp:extent cx="1492832" cy="993913"/>
                  <wp:effectExtent l="0" t="0" r="0" b="0"/>
                  <wp:docPr id="214824864" name="Imagin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7929" cy="100396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3C209F3E" w14:textId="77777777" w:rsidR="00FB0ED7" w:rsidRDefault="00000000">
            <w:r>
              <w:t>Missile frigate Project 11356R Admiral Essen</w:t>
            </w:r>
          </w:p>
        </w:tc>
        <w:tc>
          <w:tcPr>
            <w:tcW w:w="1071" w:type="dxa"/>
          </w:tcPr>
          <w:p w14:paraId="4A89D082" w14:textId="77777777" w:rsidR="00FB0ED7" w:rsidRDefault="00000000">
            <w:r>
              <w:t>05.04.2022</w:t>
            </w:r>
          </w:p>
        </w:tc>
        <w:tc>
          <w:tcPr>
            <w:tcW w:w="1186" w:type="dxa"/>
          </w:tcPr>
          <w:p w14:paraId="2410F3E7" w14:textId="77777777" w:rsidR="00FB0ED7" w:rsidRDefault="00000000">
            <w:r>
              <w:t>Deteriorated</w:t>
            </w:r>
          </w:p>
        </w:tc>
        <w:tc>
          <w:tcPr>
            <w:tcW w:w="1341" w:type="dxa"/>
          </w:tcPr>
          <w:p w14:paraId="3969B53E" w14:textId="77777777" w:rsidR="00FB0ED7" w:rsidRDefault="00000000">
            <w:r>
              <w:t>north-west Black Sea</w:t>
            </w:r>
          </w:p>
        </w:tc>
        <w:tc>
          <w:tcPr>
            <w:tcW w:w="1071" w:type="dxa"/>
          </w:tcPr>
          <w:p w14:paraId="275ADA93" w14:textId="77777777" w:rsidR="00FB0ED7" w:rsidRDefault="00000000">
            <w:r>
              <w:t>"Neptun" anti-ship missiles,</w:t>
            </w:r>
          </w:p>
        </w:tc>
      </w:tr>
      <w:tr w:rsidR="00FB0ED7" w14:paraId="2BCF3907" w14:textId="77777777" w:rsidTr="00451F9D">
        <w:tc>
          <w:tcPr>
            <w:tcW w:w="2676" w:type="dxa"/>
          </w:tcPr>
          <w:p w14:paraId="414FBBA3" w14:textId="66880900" w:rsidR="00FB0ED7" w:rsidRDefault="00451F9D">
            <w:r>
              <w:rPr>
                <w:noProof/>
              </w:rPr>
              <w:drawing>
                <wp:inline distT="0" distB="0" distL="0" distR="0" wp14:anchorId="35066290" wp14:editId="3DFF4A66">
                  <wp:extent cx="1496457" cy="996149"/>
                  <wp:effectExtent l="0" t="0" r="8890" b="0"/>
                  <wp:docPr id="1750758565" name="Imagin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4390" cy="100142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2ADE4138" w14:textId="77777777" w:rsidR="00FB0ED7" w:rsidRDefault="00000000">
            <w:r>
              <w:t>Project 1164 "Atlant" "Moskva" missile cruiser</w:t>
            </w:r>
          </w:p>
        </w:tc>
        <w:tc>
          <w:tcPr>
            <w:tcW w:w="1071" w:type="dxa"/>
          </w:tcPr>
          <w:p w14:paraId="2B78D57D" w14:textId="77777777" w:rsidR="00FB0ED7" w:rsidRDefault="00000000">
            <w:r>
              <w:t>14.04.2022</w:t>
            </w:r>
          </w:p>
        </w:tc>
        <w:tc>
          <w:tcPr>
            <w:tcW w:w="1186" w:type="dxa"/>
          </w:tcPr>
          <w:p w14:paraId="55A2F593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67B3E815" w14:textId="77777777" w:rsidR="00FB0ED7" w:rsidRDefault="00000000">
            <w:r>
              <w:t>north-west Black Sea</w:t>
            </w:r>
          </w:p>
        </w:tc>
        <w:tc>
          <w:tcPr>
            <w:tcW w:w="1071" w:type="dxa"/>
          </w:tcPr>
          <w:p w14:paraId="7BDB6C1B" w14:textId="77777777" w:rsidR="00FB0ED7" w:rsidRDefault="00000000">
            <w:r>
              <w:t>2 "Neptun" anti-ship missiles</w:t>
            </w:r>
          </w:p>
        </w:tc>
      </w:tr>
      <w:tr w:rsidR="00FB0ED7" w14:paraId="3C7FAA30" w14:textId="77777777" w:rsidTr="00451F9D">
        <w:tc>
          <w:tcPr>
            <w:tcW w:w="2676" w:type="dxa"/>
          </w:tcPr>
          <w:p w14:paraId="47CB86B4" w14:textId="5F46B128" w:rsidR="00FB0ED7" w:rsidRDefault="00451F9D">
            <w:r>
              <w:rPr>
                <w:noProof/>
              </w:rPr>
              <w:drawing>
                <wp:inline distT="0" distB="0" distL="0" distR="0" wp14:anchorId="59638C32" wp14:editId="6EF87E54">
                  <wp:extent cx="1470991" cy="977428"/>
                  <wp:effectExtent l="0" t="0" r="0" b="0"/>
                  <wp:docPr id="2128061755" name="Imagin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9510" cy="98308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5FB73F7" w14:textId="77777777" w:rsidR="00FB0ED7" w:rsidRDefault="00000000">
            <w:r>
              <w:t>Patrol boat pr. 03160 Raptor</w:t>
            </w:r>
          </w:p>
        </w:tc>
        <w:tc>
          <w:tcPr>
            <w:tcW w:w="1071" w:type="dxa"/>
          </w:tcPr>
          <w:p w14:paraId="7A9CBCFE" w14:textId="77777777" w:rsidR="00FB0ED7" w:rsidRDefault="00000000">
            <w:r>
              <w:t>02.05.2022</w:t>
            </w:r>
          </w:p>
        </w:tc>
        <w:tc>
          <w:tcPr>
            <w:tcW w:w="1186" w:type="dxa"/>
          </w:tcPr>
          <w:p w14:paraId="6A0B5C8C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50EA65DD" w14:textId="77777777" w:rsidR="00FB0ED7" w:rsidRDefault="00000000">
            <w:r>
              <w:t>Black Sea, Zmiinyi island area</w:t>
            </w:r>
          </w:p>
        </w:tc>
        <w:tc>
          <w:tcPr>
            <w:tcW w:w="1071" w:type="dxa"/>
          </w:tcPr>
          <w:p w14:paraId="4B52A48E" w14:textId="77777777" w:rsidR="00FB0ED7" w:rsidRDefault="00000000">
            <w:r>
              <w:t>UAV Bayraktar TB2</w:t>
            </w:r>
          </w:p>
        </w:tc>
      </w:tr>
      <w:tr w:rsidR="00FB0ED7" w14:paraId="72093C78" w14:textId="77777777" w:rsidTr="00451F9D">
        <w:tc>
          <w:tcPr>
            <w:tcW w:w="2676" w:type="dxa"/>
          </w:tcPr>
          <w:p w14:paraId="08B0BBAC" w14:textId="7596DE82" w:rsidR="00FB0ED7" w:rsidRDefault="00451F9D">
            <w:r>
              <w:rPr>
                <w:noProof/>
              </w:rPr>
              <w:drawing>
                <wp:inline distT="0" distB="0" distL="0" distR="0" wp14:anchorId="267378CA" wp14:editId="1C01C879">
                  <wp:extent cx="1489407" cy="989799"/>
                  <wp:effectExtent l="0" t="0" r="0" b="1270"/>
                  <wp:docPr id="348486990" name="Imagin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6874" cy="99476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7F1C6CDA" w14:textId="77777777" w:rsidR="00FB0ED7" w:rsidRDefault="00000000">
            <w:r>
              <w:t>Patrol boat pr. 03160 Raptor</w:t>
            </w:r>
          </w:p>
        </w:tc>
        <w:tc>
          <w:tcPr>
            <w:tcW w:w="1071" w:type="dxa"/>
          </w:tcPr>
          <w:p w14:paraId="0088F051" w14:textId="77777777" w:rsidR="00FB0ED7" w:rsidRDefault="00000000">
            <w:r>
              <w:t>07.05.2022</w:t>
            </w:r>
          </w:p>
        </w:tc>
        <w:tc>
          <w:tcPr>
            <w:tcW w:w="1186" w:type="dxa"/>
          </w:tcPr>
          <w:p w14:paraId="2078167D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3A0382B1" w14:textId="77777777" w:rsidR="00FB0ED7" w:rsidRDefault="00000000">
            <w:r>
              <w:t>Black Sea, Zmiinyi island area</w:t>
            </w:r>
          </w:p>
        </w:tc>
        <w:tc>
          <w:tcPr>
            <w:tcW w:w="1071" w:type="dxa"/>
          </w:tcPr>
          <w:p w14:paraId="33B99801" w14:textId="77777777" w:rsidR="00FB0ED7" w:rsidRDefault="00000000">
            <w:r>
              <w:t>UAV Bayraktar TB2</w:t>
            </w:r>
          </w:p>
        </w:tc>
      </w:tr>
      <w:tr w:rsidR="00FB0ED7" w14:paraId="79ED9931" w14:textId="77777777" w:rsidTr="00451F9D">
        <w:tc>
          <w:tcPr>
            <w:tcW w:w="2676" w:type="dxa"/>
          </w:tcPr>
          <w:p w14:paraId="6761CD30" w14:textId="149EA88A" w:rsidR="00FB0ED7" w:rsidRDefault="00451F9D">
            <w:r>
              <w:rPr>
                <w:noProof/>
              </w:rPr>
              <w:drawing>
                <wp:inline distT="0" distB="0" distL="0" distR="0" wp14:anchorId="3176BFB3" wp14:editId="006A7523">
                  <wp:extent cx="1444349" cy="964662"/>
                  <wp:effectExtent l="0" t="0" r="3810" b="6985"/>
                  <wp:docPr id="1429854510" name="Imagin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48824" cy="96765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2E09A58C" w14:textId="77777777" w:rsidR="00FB0ED7" w:rsidRDefault="00000000">
            <w:r>
              <w:t>Landing craft Project 11770 "Serna"</w:t>
            </w:r>
          </w:p>
        </w:tc>
        <w:tc>
          <w:tcPr>
            <w:tcW w:w="1071" w:type="dxa"/>
          </w:tcPr>
          <w:p w14:paraId="4320B00B" w14:textId="77777777" w:rsidR="00FB0ED7" w:rsidRDefault="00000000">
            <w:r>
              <w:t>07.05.2022</w:t>
            </w:r>
          </w:p>
        </w:tc>
        <w:tc>
          <w:tcPr>
            <w:tcW w:w="1186" w:type="dxa"/>
          </w:tcPr>
          <w:p w14:paraId="580E7B13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3E946304" w14:textId="77777777" w:rsidR="00FB0ED7" w:rsidRDefault="00000000">
            <w:r>
              <w:t>Black Sea, Zmiinyi island area</w:t>
            </w:r>
          </w:p>
        </w:tc>
        <w:tc>
          <w:tcPr>
            <w:tcW w:w="1071" w:type="dxa"/>
          </w:tcPr>
          <w:p w14:paraId="5DA7657F" w14:textId="77777777" w:rsidR="00FB0ED7" w:rsidRDefault="00000000">
            <w:r>
              <w:t>UAV Bayraktar TB2</w:t>
            </w:r>
          </w:p>
        </w:tc>
      </w:tr>
      <w:tr w:rsidR="00FB0ED7" w14:paraId="5043B570" w14:textId="77777777" w:rsidTr="00451F9D">
        <w:tc>
          <w:tcPr>
            <w:tcW w:w="2676" w:type="dxa"/>
          </w:tcPr>
          <w:p w14:paraId="2B1AE7C2" w14:textId="7EDE8219" w:rsidR="00FB0ED7" w:rsidRDefault="00451F9D">
            <w:r>
              <w:rPr>
                <w:noProof/>
              </w:rPr>
              <w:lastRenderedPageBreak/>
              <w:drawing>
                <wp:inline distT="0" distB="0" distL="0" distR="0" wp14:anchorId="275BA45C" wp14:editId="4A6A484B">
                  <wp:extent cx="1470853" cy="982363"/>
                  <wp:effectExtent l="0" t="0" r="0" b="8255"/>
                  <wp:docPr id="1468067508" name="Imagin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77304" cy="9866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4239DA2A" w14:textId="77777777" w:rsidR="00FB0ED7" w:rsidRDefault="00000000">
            <w:r>
              <w:t>Patrol boat pr. 03160 Raptor</w:t>
            </w:r>
          </w:p>
        </w:tc>
        <w:tc>
          <w:tcPr>
            <w:tcW w:w="1071" w:type="dxa"/>
          </w:tcPr>
          <w:p w14:paraId="40734B2F" w14:textId="77777777" w:rsidR="00FB0ED7" w:rsidRDefault="00000000">
            <w:r>
              <w:t>07.05.2022</w:t>
            </w:r>
          </w:p>
        </w:tc>
        <w:tc>
          <w:tcPr>
            <w:tcW w:w="1186" w:type="dxa"/>
          </w:tcPr>
          <w:p w14:paraId="22182052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129C9FE4" w14:textId="77777777" w:rsidR="00FB0ED7" w:rsidRDefault="00000000">
            <w:r>
              <w:t>Black Sea, Zmiinyi island area</w:t>
            </w:r>
          </w:p>
        </w:tc>
        <w:tc>
          <w:tcPr>
            <w:tcW w:w="1071" w:type="dxa"/>
          </w:tcPr>
          <w:p w14:paraId="1DAEA6DA" w14:textId="77777777" w:rsidR="00FB0ED7" w:rsidRDefault="00000000">
            <w:r>
              <w:t>UAV Bayraktar TB2</w:t>
            </w:r>
          </w:p>
        </w:tc>
      </w:tr>
      <w:tr w:rsidR="00FB0ED7" w14:paraId="01F35378" w14:textId="77777777" w:rsidTr="00451F9D">
        <w:tc>
          <w:tcPr>
            <w:tcW w:w="2676" w:type="dxa"/>
          </w:tcPr>
          <w:p w14:paraId="50946506" w14:textId="3ED8BDE9" w:rsidR="00FB0ED7" w:rsidRDefault="00451F9D">
            <w:r>
              <w:rPr>
                <w:noProof/>
              </w:rPr>
              <w:drawing>
                <wp:inline distT="0" distB="0" distL="0" distR="0" wp14:anchorId="642B02C2" wp14:editId="22856DAF">
                  <wp:extent cx="1479456" cy="984636"/>
                  <wp:effectExtent l="0" t="0" r="6985" b="6350"/>
                  <wp:docPr id="1671787205" name="Imagin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753" cy="99082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7F48120" w14:textId="77777777" w:rsidR="00FB0ED7" w:rsidRDefault="00000000">
            <w:r>
              <w:t>Landing boat pr. 02510 BK-16</w:t>
            </w:r>
          </w:p>
        </w:tc>
        <w:tc>
          <w:tcPr>
            <w:tcW w:w="1071" w:type="dxa"/>
          </w:tcPr>
          <w:p w14:paraId="2A0AA2AF" w14:textId="77777777" w:rsidR="00FB0ED7" w:rsidRDefault="00000000">
            <w:r>
              <w:t>May 2022</w:t>
            </w:r>
          </w:p>
        </w:tc>
        <w:tc>
          <w:tcPr>
            <w:tcW w:w="1186" w:type="dxa"/>
          </w:tcPr>
          <w:p w14:paraId="750FE94A" w14:textId="77777777" w:rsidR="00FB0ED7" w:rsidRDefault="00000000">
            <w:r>
              <w:t>Destroyed</w:t>
            </w:r>
            <w:r>
              <w:br/>
              <w:t>(requires further clarification)</w:t>
            </w:r>
          </w:p>
        </w:tc>
        <w:tc>
          <w:tcPr>
            <w:tcW w:w="1341" w:type="dxa"/>
          </w:tcPr>
          <w:p w14:paraId="7E75B44A" w14:textId="77777777" w:rsidR="00FB0ED7" w:rsidRDefault="00000000">
            <w:r>
              <w:t>Black Sea, Zmiinyi island area</w:t>
            </w:r>
          </w:p>
        </w:tc>
        <w:tc>
          <w:tcPr>
            <w:tcW w:w="1071" w:type="dxa"/>
          </w:tcPr>
          <w:p w14:paraId="04927731" w14:textId="77777777" w:rsidR="00FB0ED7" w:rsidRDefault="00000000">
            <w:r>
              <w:t>UAV Bayraktar TB2</w:t>
            </w:r>
          </w:p>
        </w:tc>
      </w:tr>
      <w:tr w:rsidR="00FB0ED7" w14:paraId="024AD6C3" w14:textId="77777777" w:rsidTr="00451F9D">
        <w:tc>
          <w:tcPr>
            <w:tcW w:w="2676" w:type="dxa"/>
          </w:tcPr>
          <w:p w14:paraId="6ED5CCB3" w14:textId="2FCA6A09" w:rsidR="00FB0ED7" w:rsidRDefault="00451F9D">
            <w:r>
              <w:rPr>
                <w:noProof/>
              </w:rPr>
              <w:drawing>
                <wp:inline distT="0" distB="0" distL="0" distR="0" wp14:anchorId="4291D7AD" wp14:editId="7BF2128B">
                  <wp:extent cx="1486479" cy="990986"/>
                  <wp:effectExtent l="0" t="0" r="0" b="0"/>
                  <wp:docPr id="693816777" name="Imagin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1853" cy="99456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1B1AF262" w14:textId="77777777" w:rsidR="00FB0ED7" w:rsidRDefault="00000000">
            <w:r>
              <w:t>Salvage tug pr. 22870 "Vasily Bekh Saviour"</w:t>
            </w:r>
          </w:p>
        </w:tc>
        <w:tc>
          <w:tcPr>
            <w:tcW w:w="1071" w:type="dxa"/>
          </w:tcPr>
          <w:p w14:paraId="73D14DAD" w14:textId="77777777" w:rsidR="00FB0ED7" w:rsidRDefault="00000000">
            <w:r>
              <w:t>17.06.2022</w:t>
            </w:r>
          </w:p>
        </w:tc>
        <w:tc>
          <w:tcPr>
            <w:tcW w:w="1186" w:type="dxa"/>
          </w:tcPr>
          <w:p w14:paraId="3F9DC8E7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233124DB" w14:textId="77777777" w:rsidR="00FB0ED7" w:rsidRDefault="00000000">
            <w:r>
              <w:t>Black Sea, near Snake Island</w:t>
            </w:r>
          </w:p>
        </w:tc>
        <w:tc>
          <w:tcPr>
            <w:tcW w:w="1071" w:type="dxa"/>
          </w:tcPr>
          <w:p w14:paraId="2F5F9E5B" w14:textId="77777777" w:rsidR="00FB0ED7" w:rsidRDefault="00000000">
            <w:r>
              <w:t>Attack 2 of the Harpoon anti-ship missile system</w:t>
            </w:r>
          </w:p>
        </w:tc>
      </w:tr>
      <w:tr w:rsidR="00FB0ED7" w14:paraId="134C344C" w14:textId="77777777" w:rsidTr="00451F9D">
        <w:tc>
          <w:tcPr>
            <w:tcW w:w="2676" w:type="dxa"/>
          </w:tcPr>
          <w:p w14:paraId="0C1DB82E" w14:textId="6E66A886" w:rsidR="00FB0ED7" w:rsidRDefault="00451F9D">
            <w:r>
              <w:rPr>
                <w:noProof/>
              </w:rPr>
              <w:drawing>
                <wp:inline distT="0" distB="0" distL="0" distR="0" wp14:anchorId="5E497198" wp14:editId="3DF4FC22">
                  <wp:extent cx="1477896" cy="983449"/>
                  <wp:effectExtent l="0" t="0" r="8255" b="7620"/>
                  <wp:docPr id="1789797318" name="I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8426" cy="99045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B2F7F2C" w14:textId="77777777" w:rsidR="00FB0ED7" w:rsidRDefault="00000000">
            <w:r>
              <w:t>Landing craft Project 11776 "Shark"</w:t>
            </w:r>
          </w:p>
        </w:tc>
        <w:tc>
          <w:tcPr>
            <w:tcW w:w="1071" w:type="dxa"/>
          </w:tcPr>
          <w:p w14:paraId="182EB03E" w14:textId="77777777" w:rsidR="00FB0ED7" w:rsidRDefault="00000000">
            <w:r>
              <w:t>02.07.2022</w:t>
            </w:r>
          </w:p>
        </w:tc>
        <w:tc>
          <w:tcPr>
            <w:tcW w:w="1186" w:type="dxa"/>
          </w:tcPr>
          <w:p w14:paraId="522BE90E" w14:textId="77777777" w:rsidR="00FB0ED7" w:rsidRDefault="00000000">
            <w:r>
              <w:t>Deteriorated</w:t>
            </w:r>
          </w:p>
        </w:tc>
        <w:tc>
          <w:tcPr>
            <w:tcW w:w="1341" w:type="dxa"/>
          </w:tcPr>
          <w:p w14:paraId="79989034" w14:textId="77777777" w:rsidR="00FB0ED7" w:rsidRDefault="00000000">
            <w:r>
              <w:t>Sea of Azov, near Mariupol</w:t>
            </w:r>
          </w:p>
        </w:tc>
        <w:tc>
          <w:tcPr>
            <w:tcW w:w="1071" w:type="dxa"/>
          </w:tcPr>
          <w:p w14:paraId="6CE11E16" w14:textId="77777777" w:rsidR="00FB0ED7" w:rsidRDefault="00000000">
            <w:r>
              <w:t>Marine mine</w:t>
            </w:r>
          </w:p>
        </w:tc>
      </w:tr>
      <w:tr w:rsidR="00FB0ED7" w14:paraId="4BBB123F" w14:textId="77777777" w:rsidTr="00451F9D">
        <w:tc>
          <w:tcPr>
            <w:tcW w:w="2676" w:type="dxa"/>
          </w:tcPr>
          <w:p w14:paraId="6D7EF64A" w14:textId="424E203D" w:rsidR="00FB0ED7" w:rsidRDefault="00451F9D">
            <w:r>
              <w:rPr>
                <w:noProof/>
              </w:rPr>
              <w:drawing>
                <wp:inline distT="0" distB="0" distL="0" distR="0" wp14:anchorId="05777D2A" wp14:editId="4D5FBCB4">
                  <wp:extent cx="1522674" cy="1015116"/>
                  <wp:effectExtent l="0" t="0" r="1905" b="0"/>
                  <wp:docPr id="166358527" name="Imagin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31251" cy="1020834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3ABB54F1" w14:textId="77777777" w:rsidR="00FB0ED7" w:rsidRDefault="00000000">
            <w:r>
              <w:t>Patrol boat pr. 03160 Raptor</w:t>
            </w:r>
          </w:p>
        </w:tc>
        <w:tc>
          <w:tcPr>
            <w:tcW w:w="1071" w:type="dxa"/>
          </w:tcPr>
          <w:p w14:paraId="3FB6764C" w14:textId="77777777" w:rsidR="00FB0ED7" w:rsidRDefault="00000000">
            <w:r>
              <w:t>24.07.2022</w:t>
            </w:r>
          </w:p>
        </w:tc>
        <w:tc>
          <w:tcPr>
            <w:tcW w:w="1186" w:type="dxa"/>
          </w:tcPr>
          <w:p w14:paraId="55E505CB" w14:textId="77777777" w:rsidR="00FB0ED7" w:rsidRDefault="00000000">
            <w:r>
              <w:t>Destroyed</w:t>
            </w:r>
            <w:r>
              <w:br/>
              <w:t>(requires further clarification)</w:t>
            </w:r>
          </w:p>
        </w:tc>
        <w:tc>
          <w:tcPr>
            <w:tcW w:w="1341" w:type="dxa"/>
          </w:tcPr>
          <w:p w14:paraId="4E1C21D3" w14:textId="77777777" w:rsidR="00FB0ED7" w:rsidRDefault="00FB0ED7"/>
        </w:tc>
        <w:tc>
          <w:tcPr>
            <w:tcW w:w="1071" w:type="dxa"/>
          </w:tcPr>
          <w:p w14:paraId="284A76C4" w14:textId="77777777" w:rsidR="00FB0ED7" w:rsidRDefault="00000000">
            <w:r>
              <w:t>Bayracktar then 2 UAV attacks</w:t>
            </w:r>
          </w:p>
        </w:tc>
      </w:tr>
      <w:tr w:rsidR="00FB0ED7" w14:paraId="50FA46B1" w14:textId="77777777" w:rsidTr="00451F9D">
        <w:tc>
          <w:tcPr>
            <w:tcW w:w="2676" w:type="dxa"/>
          </w:tcPr>
          <w:p w14:paraId="62B7DAF1" w14:textId="35E11B10" w:rsidR="00FB0ED7" w:rsidRDefault="00451F9D">
            <w:r>
              <w:rPr>
                <w:noProof/>
              </w:rPr>
              <w:drawing>
                <wp:inline distT="0" distB="0" distL="0" distR="0" wp14:anchorId="2215B423" wp14:editId="1977246D">
                  <wp:extent cx="1516366" cy="1009402"/>
                  <wp:effectExtent l="0" t="0" r="8255" b="635"/>
                  <wp:docPr id="321645379" name="Imagin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0346" cy="101205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42574A82" w14:textId="77777777" w:rsidR="00FB0ED7" w:rsidRDefault="00000000">
            <w:r>
              <w:t>Patrol boat pr. 03160 Raptor</w:t>
            </w:r>
          </w:p>
        </w:tc>
        <w:tc>
          <w:tcPr>
            <w:tcW w:w="1071" w:type="dxa"/>
          </w:tcPr>
          <w:p w14:paraId="29D239D7" w14:textId="77777777" w:rsidR="00FB0ED7" w:rsidRDefault="00000000">
            <w:r>
              <w:t>24.07.2022</w:t>
            </w:r>
          </w:p>
        </w:tc>
        <w:tc>
          <w:tcPr>
            <w:tcW w:w="1186" w:type="dxa"/>
          </w:tcPr>
          <w:p w14:paraId="0101B411" w14:textId="77777777" w:rsidR="00FB0ED7" w:rsidRDefault="00000000">
            <w:r>
              <w:t>Destroyed</w:t>
            </w:r>
            <w:r>
              <w:br/>
              <w:t>(requires further clarification)</w:t>
            </w:r>
          </w:p>
        </w:tc>
        <w:tc>
          <w:tcPr>
            <w:tcW w:w="1341" w:type="dxa"/>
          </w:tcPr>
          <w:p w14:paraId="3965A42D" w14:textId="77777777" w:rsidR="00FB0ED7" w:rsidRDefault="00FB0ED7"/>
        </w:tc>
        <w:tc>
          <w:tcPr>
            <w:tcW w:w="1071" w:type="dxa"/>
          </w:tcPr>
          <w:p w14:paraId="0B582E70" w14:textId="77777777" w:rsidR="00FB0ED7" w:rsidRDefault="00000000">
            <w:r>
              <w:t>Bayracktar then 2 UAV attacks</w:t>
            </w:r>
          </w:p>
        </w:tc>
      </w:tr>
      <w:tr w:rsidR="00FB0ED7" w14:paraId="59B855C8" w14:textId="77777777" w:rsidTr="00451F9D">
        <w:tc>
          <w:tcPr>
            <w:tcW w:w="2676" w:type="dxa"/>
          </w:tcPr>
          <w:p w14:paraId="2C76E37F" w14:textId="762E2F01" w:rsidR="00FB0ED7" w:rsidRDefault="00451F9D">
            <w:r>
              <w:rPr>
                <w:noProof/>
              </w:rPr>
              <w:drawing>
                <wp:inline distT="0" distB="0" distL="0" distR="0" wp14:anchorId="421E467B" wp14:editId="1AEC4458">
                  <wp:extent cx="1537641" cy="1023206"/>
                  <wp:effectExtent l="0" t="0" r="5715" b="5715"/>
                  <wp:docPr id="1630565860" name="Imagin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4612" cy="10278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80247E4" w14:textId="77777777" w:rsidR="00FB0ED7" w:rsidRDefault="00000000">
            <w:r>
              <w:t>Patrol vessel (corvette) Project 22160 "Vasily Bykov"</w:t>
            </w:r>
          </w:p>
        </w:tc>
        <w:tc>
          <w:tcPr>
            <w:tcW w:w="1071" w:type="dxa"/>
          </w:tcPr>
          <w:p w14:paraId="3A8CDDFB" w14:textId="77777777" w:rsidR="00FB0ED7" w:rsidRDefault="00000000">
            <w:r>
              <w:t>04.08.2022</w:t>
            </w:r>
          </w:p>
        </w:tc>
        <w:tc>
          <w:tcPr>
            <w:tcW w:w="1186" w:type="dxa"/>
          </w:tcPr>
          <w:p w14:paraId="492CAC17" w14:textId="77777777" w:rsidR="00FB0ED7" w:rsidRDefault="00000000">
            <w:r>
              <w:t>Deteriorated</w:t>
            </w:r>
            <w:r>
              <w:br/>
              <w:t>(to be clarified)</w:t>
            </w:r>
          </w:p>
        </w:tc>
        <w:tc>
          <w:tcPr>
            <w:tcW w:w="1341" w:type="dxa"/>
          </w:tcPr>
          <w:p w14:paraId="51D2DA40" w14:textId="77777777" w:rsidR="00FB0ED7" w:rsidRDefault="00000000">
            <w:r>
              <w:t>Black Sea near Sevastopol roadstead</w:t>
            </w:r>
          </w:p>
        </w:tc>
        <w:tc>
          <w:tcPr>
            <w:tcW w:w="1071" w:type="dxa"/>
          </w:tcPr>
          <w:p w14:paraId="210BB8AC" w14:textId="77777777" w:rsidR="00FB0ED7" w:rsidRDefault="00000000">
            <w:r>
              <w:t>maritime drone</w:t>
            </w:r>
          </w:p>
        </w:tc>
      </w:tr>
      <w:tr w:rsidR="00FB0ED7" w14:paraId="6C7943A9" w14:textId="77777777" w:rsidTr="00451F9D">
        <w:tc>
          <w:tcPr>
            <w:tcW w:w="2676" w:type="dxa"/>
          </w:tcPr>
          <w:p w14:paraId="0FBFB572" w14:textId="5630B138" w:rsidR="00FB0ED7" w:rsidRDefault="00451F9D">
            <w:r>
              <w:rPr>
                <w:noProof/>
              </w:rPr>
              <w:drawing>
                <wp:inline distT="0" distB="0" distL="0" distR="0" wp14:anchorId="2AE14EE7" wp14:editId="656075C8">
                  <wp:extent cx="1499369" cy="997889"/>
                  <wp:effectExtent l="0" t="0" r="5715" b="0"/>
                  <wp:docPr id="1334735920" name="Imagin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02664" cy="100008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48A09D72" w14:textId="77777777" w:rsidR="00FB0ED7" w:rsidRDefault="00000000">
            <w:r>
              <w:t>The sea minesweeper pr. 266M "Ivan Golubets"</w:t>
            </w:r>
          </w:p>
        </w:tc>
        <w:tc>
          <w:tcPr>
            <w:tcW w:w="1071" w:type="dxa"/>
          </w:tcPr>
          <w:p w14:paraId="54C4FFBF" w14:textId="77777777" w:rsidR="00FB0ED7" w:rsidRDefault="00000000">
            <w:r>
              <w:t>29.10.2022</w:t>
            </w:r>
          </w:p>
        </w:tc>
        <w:tc>
          <w:tcPr>
            <w:tcW w:w="1186" w:type="dxa"/>
          </w:tcPr>
          <w:p w14:paraId="24941A5B" w14:textId="77777777" w:rsidR="00FB0ED7" w:rsidRDefault="00000000">
            <w:r>
              <w:t>Deteriorated</w:t>
            </w:r>
          </w:p>
        </w:tc>
        <w:tc>
          <w:tcPr>
            <w:tcW w:w="1341" w:type="dxa"/>
          </w:tcPr>
          <w:p w14:paraId="60C3D1F9" w14:textId="77777777" w:rsidR="00FB0ED7" w:rsidRDefault="00000000">
            <w:r>
              <w:t>Black Sea raid in Sevastopol</w:t>
            </w:r>
          </w:p>
        </w:tc>
        <w:tc>
          <w:tcPr>
            <w:tcW w:w="1071" w:type="dxa"/>
          </w:tcPr>
          <w:p w14:paraId="535B3125" w14:textId="77777777" w:rsidR="00FB0ED7" w:rsidRDefault="00000000">
            <w:r>
              <w:t>maritime drone</w:t>
            </w:r>
          </w:p>
        </w:tc>
      </w:tr>
      <w:tr w:rsidR="00FB0ED7" w14:paraId="5DEDCF67" w14:textId="77777777" w:rsidTr="00451F9D">
        <w:tc>
          <w:tcPr>
            <w:tcW w:w="2676" w:type="dxa"/>
          </w:tcPr>
          <w:p w14:paraId="0325A7D4" w14:textId="52244B9C" w:rsidR="00FB0ED7" w:rsidRDefault="00451F9D">
            <w:r>
              <w:rPr>
                <w:noProof/>
              </w:rPr>
              <w:lastRenderedPageBreak/>
              <w:drawing>
                <wp:inline distT="0" distB="0" distL="0" distR="0" wp14:anchorId="166F758F" wp14:editId="1F96791F">
                  <wp:extent cx="1542554" cy="1028369"/>
                  <wp:effectExtent l="0" t="0" r="635" b="635"/>
                  <wp:docPr id="140133787" name="Imagin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013" cy="103200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56A42630" w14:textId="77777777" w:rsidR="00FB0ED7" w:rsidRDefault="00000000">
            <w:r>
              <w:t>Project 11356R missile frigate Admiral Makarov</w:t>
            </w:r>
          </w:p>
        </w:tc>
        <w:tc>
          <w:tcPr>
            <w:tcW w:w="1071" w:type="dxa"/>
          </w:tcPr>
          <w:p w14:paraId="7259E5CA" w14:textId="77777777" w:rsidR="00FB0ED7" w:rsidRDefault="00000000">
            <w:r>
              <w:t>29.10.2022</w:t>
            </w:r>
          </w:p>
        </w:tc>
        <w:tc>
          <w:tcPr>
            <w:tcW w:w="1186" w:type="dxa"/>
          </w:tcPr>
          <w:p w14:paraId="7DD16BDE" w14:textId="77777777" w:rsidR="00FB0ED7" w:rsidRDefault="00000000">
            <w:r>
              <w:t>Deteriorated</w:t>
            </w:r>
          </w:p>
        </w:tc>
        <w:tc>
          <w:tcPr>
            <w:tcW w:w="1341" w:type="dxa"/>
          </w:tcPr>
          <w:p w14:paraId="66241CA8" w14:textId="77777777" w:rsidR="00FB0ED7" w:rsidRDefault="00000000">
            <w:r>
              <w:t>raid in Sevastopol</w:t>
            </w:r>
          </w:p>
        </w:tc>
        <w:tc>
          <w:tcPr>
            <w:tcW w:w="1071" w:type="dxa"/>
          </w:tcPr>
          <w:p w14:paraId="126C405C" w14:textId="77777777" w:rsidR="00FB0ED7" w:rsidRDefault="00000000">
            <w:r>
              <w:t>maritime drone</w:t>
            </w:r>
          </w:p>
        </w:tc>
      </w:tr>
      <w:tr w:rsidR="00FB0ED7" w14:paraId="242D8E3A" w14:textId="77777777" w:rsidTr="00451F9D">
        <w:tc>
          <w:tcPr>
            <w:tcW w:w="2676" w:type="dxa"/>
          </w:tcPr>
          <w:p w14:paraId="073A9549" w14:textId="266DC065" w:rsidR="00FB0ED7" w:rsidRDefault="00451F9D">
            <w:r>
              <w:rPr>
                <w:noProof/>
              </w:rPr>
              <w:drawing>
                <wp:inline distT="0" distB="0" distL="0" distR="0" wp14:anchorId="545786E5" wp14:editId="547615FA">
                  <wp:extent cx="1517727" cy="1009954"/>
                  <wp:effectExtent l="0" t="0" r="6350" b="0"/>
                  <wp:docPr id="249826653" name="Imagin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3550" cy="1013829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D7DD673" w14:textId="77777777" w:rsidR="00FB0ED7" w:rsidRDefault="00000000">
            <w:r>
              <w:t>Project 864 Medium Reconnaissance Ship Azov</w:t>
            </w:r>
          </w:p>
        </w:tc>
        <w:tc>
          <w:tcPr>
            <w:tcW w:w="1071" w:type="dxa"/>
          </w:tcPr>
          <w:p w14:paraId="0F98FE2E" w14:textId="77777777" w:rsidR="00FB0ED7" w:rsidRDefault="00000000">
            <w:r>
              <w:t>11.06.2023</w:t>
            </w:r>
          </w:p>
        </w:tc>
        <w:tc>
          <w:tcPr>
            <w:tcW w:w="1186" w:type="dxa"/>
          </w:tcPr>
          <w:p w14:paraId="7B5BDCAF" w14:textId="77777777" w:rsidR="00FB0ED7" w:rsidRDefault="00000000">
            <w:r>
              <w:t>Deteriorated</w:t>
            </w:r>
          </w:p>
        </w:tc>
        <w:tc>
          <w:tcPr>
            <w:tcW w:w="1341" w:type="dxa"/>
          </w:tcPr>
          <w:p w14:paraId="0E2E2BB3" w14:textId="77777777" w:rsidR="00FB0ED7" w:rsidRDefault="00000000">
            <w:r>
              <w:t>area south-east of Sevastopol</w:t>
            </w:r>
          </w:p>
        </w:tc>
        <w:tc>
          <w:tcPr>
            <w:tcW w:w="1071" w:type="dxa"/>
          </w:tcPr>
          <w:p w14:paraId="1C4F2AE7" w14:textId="77777777" w:rsidR="00FB0ED7" w:rsidRDefault="00000000">
            <w:r>
              <w:t>maritime drone</w:t>
            </w:r>
          </w:p>
        </w:tc>
      </w:tr>
      <w:tr w:rsidR="00FB0ED7" w14:paraId="693A6C22" w14:textId="77777777" w:rsidTr="00451F9D">
        <w:tc>
          <w:tcPr>
            <w:tcW w:w="2676" w:type="dxa"/>
          </w:tcPr>
          <w:p w14:paraId="02B6044A" w14:textId="7FB8F4FB" w:rsidR="00FB0ED7" w:rsidRDefault="00451F9D">
            <w:r>
              <w:rPr>
                <w:noProof/>
              </w:rPr>
              <w:drawing>
                <wp:inline distT="0" distB="0" distL="0" distR="0" wp14:anchorId="5C703150" wp14:editId="4EA91528">
                  <wp:extent cx="1542415" cy="1031346"/>
                  <wp:effectExtent l="0" t="0" r="635" b="0"/>
                  <wp:docPr id="523386230" name="Imagin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5312" cy="1033283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1BCF4DB9" w14:textId="77777777" w:rsidR="00FB0ED7" w:rsidRDefault="00000000">
            <w:r>
              <w:t>Large landing craft pr. 775 "Olenegorsk Miner" of the Russian Northern Fleet</w:t>
            </w:r>
          </w:p>
        </w:tc>
        <w:tc>
          <w:tcPr>
            <w:tcW w:w="1071" w:type="dxa"/>
          </w:tcPr>
          <w:p w14:paraId="7AE56695" w14:textId="77777777" w:rsidR="00FB0ED7" w:rsidRDefault="00000000">
            <w:r>
              <w:t>04.08.2023</w:t>
            </w:r>
          </w:p>
        </w:tc>
        <w:tc>
          <w:tcPr>
            <w:tcW w:w="1186" w:type="dxa"/>
          </w:tcPr>
          <w:p w14:paraId="4D9D51B2" w14:textId="77777777" w:rsidR="00FB0ED7" w:rsidRDefault="00000000">
            <w:r>
              <w:t>Deteriorated</w:t>
            </w:r>
          </w:p>
        </w:tc>
        <w:tc>
          <w:tcPr>
            <w:tcW w:w="1341" w:type="dxa"/>
          </w:tcPr>
          <w:p w14:paraId="27540556" w14:textId="77777777" w:rsidR="00FB0ED7" w:rsidRDefault="00000000">
            <w:r>
              <w:t>near Novorossiysk</w:t>
            </w:r>
          </w:p>
        </w:tc>
        <w:tc>
          <w:tcPr>
            <w:tcW w:w="1071" w:type="dxa"/>
          </w:tcPr>
          <w:p w14:paraId="5D5D8EC1" w14:textId="77777777" w:rsidR="00FB0ED7" w:rsidRDefault="00000000">
            <w:r>
              <w:t>maritime drone</w:t>
            </w:r>
          </w:p>
        </w:tc>
      </w:tr>
      <w:tr w:rsidR="00FB0ED7" w14:paraId="4B8574CC" w14:textId="77777777" w:rsidTr="00451F9D">
        <w:tc>
          <w:tcPr>
            <w:tcW w:w="2676" w:type="dxa"/>
          </w:tcPr>
          <w:p w14:paraId="01535562" w14:textId="101888A3" w:rsidR="00FB0ED7" w:rsidRDefault="00451F9D">
            <w:r>
              <w:rPr>
                <w:noProof/>
              </w:rPr>
              <w:drawing>
                <wp:inline distT="0" distB="0" distL="0" distR="0" wp14:anchorId="76F72C62" wp14:editId="7AD7C378">
                  <wp:extent cx="1544076" cy="1029556"/>
                  <wp:effectExtent l="0" t="0" r="0" b="0"/>
                  <wp:docPr id="870087562" name="Imagin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1509" cy="103451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74FF3BD5" w14:textId="77777777" w:rsidR="00FB0ED7" w:rsidRDefault="00000000">
            <w:r>
              <w:t>Chemical tanker Project 52 "Whitefish", IMO: 9735335 (used in the interest of the Ministry of Defence of the Russian Federation)</w:t>
            </w:r>
          </w:p>
        </w:tc>
        <w:tc>
          <w:tcPr>
            <w:tcW w:w="1071" w:type="dxa"/>
          </w:tcPr>
          <w:p w14:paraId="7EA75329" w14:textId="77777777" w:rsidR="00FB0ED7" w:rsidRDefault="00000000">
            <w:r>
              <w:t>05.08.2023</w:t>
            </w:r>
          </w:p>
        </w:tc>
        <w:tc>
          <w:tcPr>
            <w:tcW w:w="1186" w:type="dxa"/>
          </w:tcPr>
          <w:p w14:paraId="742E5024" w14:textId="77777777" w:rsidR="00FB0ED7" w:rsidRDefault="00000000">
            <w:r>
              <w:t>Deteriorate</w:t>
            </w:r>
          </w:p>
        </w:tc>
        <w:tc>
          <w:tcPr>
            <w:tcW w:w="1341" w:type="dxa"/>
          </w:tcPr>
          <w:p w14:paraId="2FC565D9" w14:textId="77777777" w:rsidR="00FB0ED7" w:rsidRDefault="00000000">
            <w:r>
              <w:t>near Kerci</w:t>
            </w:r>
          </w:p>
        </w:tc>
        <w:tc>
          <w:tcPr>
            <w:tcW w:w="1071" w:type="dxa"/>
          </w:tcPr>
          <w:p w14:paraId="42E0F78B" w14:textId="77777777" w:rsidR="00FB0ED7" w:rsidRDefault="00000000">
            <w:r>
              <w:t>maritime drone</w:t>
            </w:r>
          </w:p>
        </w:tc>
      </w:tr>
      <w:tr w:rsidR="00FB0ED7" w14:paraId="04C1B4D9" w14:textId="77777777" w:rsidTr="00451F9D">
        <w:tc>
          <w:tcPr>
            <w:tcW w:w="2676" w:type="dxa"/>
          </w:tcPr>
          <w:p w14:paraId="59DEA620" w14:textId="5C227C45" w:rsidR="00FB0ED7" w:rsidRDefault="00451F9D">
            <w:r>
              <w:rPr>
                <w:noProof/>
              </w:rPr>
              <w:drawing>
                <wp:inline distT="0" distB="0" distL="0" distR="0" wp14:anchorId="1FD5B6FA" wp14:editId="14368F07">
                  <wp:extent cx="1481924" cy="940904"/>
                  <wp:effectExtent l="0" t="0" r="4445" b="0"/>
                  <wp:docPr id="1814130330" name="Imagin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85520" cy="94318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4D9808AB" w14:textId="77777777" w:rsidR="00FB0ED7" w:rsidRDefault="00000000">
            <w:r>
              <w:t>Small patrol boat pr. 640 KS-701</w:t>
            </w:r>
          </w:p>
        </w:tc>
        <w:tc>
          <w:tcPr>
            <w:tcW w:w="1071" w:type="dxa"/>
          </w:tcPr>
          <w:p w14:paraId="5C91694D" w14:textId="77777777" w:rsidR="00FB0ED7" w:rsidRDefault="00000000">
            <w:r>
              <w:t>03.09.2023</w:t>
            </w:r>
          </w:p>
        </w:tc>
        <w:tc>
          <w:tcPr>
            <w:tcW w:w="1186" w:type="dxa"/>
          </w:tcPr>
          <w:p w14:paraId="51819F5D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74CB9E4E" w14:textId="77777777" w:rsidR="00FB0ED7" w:rsidRDefault="00000000">
            <w:r>
              <w:t>north-west Black Sea</w:t>
            </w:r>
          </w:p>
        </w:tc>
        <w:tc>
          <w:tcPr>
            <w:tcW w:w="1071" w:type="dxa"/>
          </w:tcPr>
          <w:p w14:paraId="42850947" w14:textId="77777777" w:rsidR="00FB0ED7" w:rsidRDefault="00000000">
            <w:r>
              <w:t>UAV Bayraktar TB2</w:t>
            </w:r>
          </w:p>
        </w:tc>
      </w:tr>
      <w:tr w:rsidR="00FB0ED7" w14:paraId="46E742E2" w14:textId="77777777" w:rsidTr="00451F9D">
        <w:tc>
          <w:tcPr>
            <w:tcW w:w="2676" w:type="dxa"/>
          </w:tcPr>
          <w:p w14:paraId="1643AA52" w14:textId="3F3DE339" w:rsidR="00FB0ED7" w:rsidRDefault="00451F9D">
            <w:r>
              <w:rPr>
                <w:noProof/>
              </w:rPr>
              <w:drawing>
                <wp:inline distT="0" distB="0" distL="0" distR="0" wp14:anchorId="7103EB5B" wp14:editId="5E75773B">
                  <wp:extent cx="1542552" cy="1028368"/>
                  <wp:effectExtent l="0" t="0" r="635" b="635"/>
                  <wp:docPr id="1068061267" name="Imagin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48857" cy="1032571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3CE9DC30" w14:textId="77777777" w:rsidR="00FB0ED7" w:rsidRDefault="00000000">
            <w:r>
              <w:t>Missile submarine pr. 636.6 (code "Varshavyanka") "Rostov-on-Don" B-237</w:t>
            </w:r>
          </w:p>
        </w:tc>
        <w:tc>
          <w:tcPr>
            <w:tcW w:w="1071" w:type="dxa"/>
          </w:tcPr>
          <w:p w14:paraId="72B0F374" w14:textId="77777777" w:rsidR="00FB0ED7" w:rsidRDefault="00000000">
            <w:r>
              <w:t>13.09.2023</w:t>
            </w:r>
          </w:p>
        </w:tc>
        <w:tc>
          <w:tcPr>
            <w:tcW w:w="1186" w:type="dxa"/>
          </w:tcPr>
          <w:p w14:paraId="09789710" w14:textId="77777777" w:rsidR="00FB0ED7" w:rsidRDefault="00000000">
            <w:r>
              <w:t>suffered significant damage</w:t>
            </w:r>
          </w:p>
        </w:tc>
        <w:tc>
          <w:tcPr>
            <w:tcW w:w="1341" w:type="dxa"/>
          </w:tcPr>
          <w:p w14:paraId="72480645" w14:textId="77777777" w:rsidR="00FB0ED7" w:rsidRDefault="00000000">
            <w:r>
              <w:t>Sevastopol shipyard dock</w:t>
            </w:r>
          </w:p>
        </w:tc>
        <w:tc>
          <w:tcPr>
            <w:tcW w:w="1071" w:type="dxa"/>
          </w:tcPr>
          <w:p w14:paraId="50256D84" w14:textId="77777777" w:rsidR="00FB0ED7" w:rsidRDefault="00000000">
            <w:r>
              <w:t>Shadow Storm Shadow (SCALP-EG) probable cruise missile</w:t>
            </w:r>
          </w:p>
        </w:tc>
      </w:tr>
      <w:tr w:rsidR="00FB0ED7" w14:paraId="192998C2" w14:textId="77777777" w:rsidTr="00451F9D">
        <w:tc>
          <w:tcPr>
            <w:tcW w:w="2676" w:type="dxa"/>
          </w:tcPr>
          <w:p w14:paraId="30FDC174" w14:textId="46AC5046" w:rsidR="00FB0ED7" w:rsidRDefault="00451F9D">
            <w:r>
              <w:rPr>
                <w:noProof/>
              </w:rPr>
              <w:lastRenderedPageBreak/>
              <w:drawing>
                <wp:inline distT="0" distB="0" distL="0" distR="0" wp14:anchorId="02492B3F" wp14:editId="316339C7">
                  <wp:extent cx="1908175" cy="1274445"/>
                  <wp:effectExtent l="0" t="0" r="0" b="1905"/>
                  <wp:docPr id="136234648" name="Imagine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8175" cy="12744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11F34175" w14:textId="77777777" w:rsidR="00FB0ED7" w:rsidRDefault="00000000">
            <w:r>
              <w:t>Russian Baltic Fleet large landing ship pr. 775 "Minsk"</w:t>
            </w:r>
          </w:p>
        </w:tc>
        <w:tc>
          <w:tcPr>
            <w:tcW w:w="1071" w:type="dxa"/>
          </w:tcPr>
          <w:p w14:paraId="3C22CF77" w14:textId="77777777" w:rsidR="00FB0ED7" w:rsidRDefault="00000000">
            <w:r>
              <w:t>13.09.2023</w:t>
            </w:r>
          </w:p>
        </w:tc>
        <w:tc>
          <w:tcPr>
            <w:tcW w:w="1186" w:type="dxa"/>
          </w:tcPr>
          <w:p w14:paraId="1E7DD748" w14:textId="77777777" w:rsidR="00FB0ED7" w:rsidRDefault="00000000">
            <w:r>
              <w:t>suffered significant damage</w:t>
            </w:r>
          </w:p>
        </w:tc>
        <w:tc>
          <w:tcPr>
            <w:tcW w:w="1341" w:type="dxa"/>
          </w:tcPr>
          <w:p w14:paraId="5CB8B0D5" w14:textId="77777777" w:rsidR="00FB0ED7" w:rsidRDefault="00000000">
            <w:r>
              <w:t>Sevastopol shipyard dock</w:t>
            </w:r>
          </w:p>
        </w:tc>
        <w:tc>
          <w:tcPr>
            <w:tcW w:w="1071" w:type="dxa"/>
          </w:tcPr>
          <w:p w14:paraId="3464C6C1" w14:textId="77777777" w:rsidR="00FB0ED7" w:rsidRDefault="00000000">
            <w:r>
              <w:t>Storm Shadow (SCALP-EG) cruise missile</w:t>
            </w:r>
          </w:p>
        </w:tc>
      </w:tr>
      <w:tr w:rsidR="00FB0ED7" w14:paraId="51788BDB" w14:textId="77777777" w:rsidTr="00451F9D">
        <w:tc>
          <w:tcPr>
            <w:tcW w:w="2676" w:type="dxa"/>
          </w:tcPr>
          <w:p w14:paraId="6BD5F841" w14:textId="62B8BCD9" w:rsidR="00FB0ED7" w:rsidRDefault="00451F9D">
            <w:r>
              <w:rPr>
                <w:noProof/>
              </w:rPr>
              <w:drawing>
                <wp:inline distT="0" distB="0" distL="0" distR="0" wp14:anchorId="4D925DBF" wp14:editId="157FCBC3">
                  <wp:extent cx="1908175" cy="1274445"/>
                  <wp:effectExtent l="0" t="0" r="0" b="1905"/>
                  <wp:docPr id="1564467866" name="Imagin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8175" cy="12744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0AA1D525" w14:textId="77777777" w:rsidR="00FB0ED7" w:rsidRDefault="00000000">
            <w:r>
              <w:t>Hovercraft mic pr. 1239 "Samum"</w:t>
            </w:r>
          </w:p>
        </w:tc>
        <w:tc>
          <w:tcPr>
            <w:tcW w:w="1071" w:type="dxa"/>
          </w:tcPr>
          <w:p w14:paraId="7D7AA5E8" w14:textId="77777777" w:rsidR="00FB0ED7" w:rsidRDefault="00000000">
            <w:r>
              <w:t>14.09.2023</w:t>
            </w:r>
          </w:p>
        </w:tc>
        <w:tc>
          <w:tcPr>
            <w:tcW w:w="1186" w:type="dxa"/>
          </w:tcPr>
          <w:p w14:paraId="653BC1B2" w14:textId="77777777" w:rsidR="00FB0ED7" w:rsidRDefault="00000000">
            <w:r>
              <w:t>Deteriorate</w:t>
            </w:r>
          </w:p>
        </w:tc>
        <w:tc>
          <w:tcPr>
            <w:tcW w:w="1341" w:type="dxa"/>
          </w:tcPr>
          <w:p w14:paraId="4082B2CA" w14:textId="77777777" w:rsidR="00FB0ED7" w:rsidRDefault="00000000">
            <w:r>
              <w:t>Port of Sevastopol</w:t>
            </w:r>
          </w:p>
        </w:tc>
        <w:tc>
          <w:tcPr>
            <w:tcW w:w="1071" w:type="dxa"/>
          </w:tcPr>
          <w:p w14:paraId="7111C326" w14:textId="77777777" w:rsidR="00FB0ED7" w:rsidRDefault="00000000">
            <w:r>
              <w:t>maritime drone</w:t>
            </w:r>
          </w:p>
        </w:tc>
      </w:tr>
      <w:tr w:rsidR="00FB0ED7" w14:paraId="30D583BF" w14:textId="77777777" w:rsidTr="00451F9D">
        <w:tc>
          <w:tcPr>
            <w:tcW w:w="2676" w:type="dxa"/>
          </w:tcPr>
          <w:p w14:paraId="189A1E90" w14:textId="57E95326" w:rsidR="00FB0ED7" w:rsidRDefault="00451F9D">
            <w:r>
              <w:rPr>
                <w:noProof/>
              </w:rPr>
              <w:drawing>
                <wp:inline distT="0" distB="0" distL="0" distR="0" wp14:anchorId="72D1B6B2" wp14:editId="28D39434">
                  <wp:extent cx="1926590" cy="1286510"/>
                  <wp:effectExtent l="0" t="0" r="0" b="8890"/>
                  <wp:docPr id="52180159" name="Imagine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6590" cy="1286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B933128" w14:textId="77777777" w:rsidR="00FB0ED7" w:rsidRPr="00451F9D" w:rsidRDefault="00000000">
            <w:pPr>
              <w:rPr>
                <w:lang w:val="fr-FR"/>
              </w:rPr>
            </w:pPr>
            <w:proofErr w:type="spellStart"/>
            <w:r w:rsidRPr="00451F9D">
              <w:rPr>
                <w:lang w:val="fr-FR"/>
              </w:rPr>
              <w:t>Patrol</w:t>
            </w:r>
            <w:proofErr w:type="spellEnd"/>
            <w:r w:rsidRPr="00451F9D">
              <w:rPr>
                <w:lang w:val="fr-FR"/>
              </w:rPr>
              <w:t xml:space="preserve"> </w:t>
            </w:r>
            <w:proofErr w:type="spellStart"/>
            <w:r w:rsidRPr="00451F9D">
              <w:rPr>
                <w:lang w:val="fr-FR"/>
              </w:rPr>
              <w:t>vessel</w:t>
            </w:r>
            <w:proofErr w:type="spellEnd"/>
            <w:r w:rsidRPr="00451F9D">
              <w:rPr>
                <w:lang w:val="fr-FR"/>
              </w:rPr>
              <w:t xml:space="preserve"> (corvette) Project 22160 "Pavel </w:t>
            </w:r>
            <w:proofErr w:type="spellStart"/>
            <w:r w:rsidRPr="00451F9D">
              <w:rPr>
                <w:lang w:val="fr-FR"/>
              </w:rPr>
              <w:t>Derzhavin</w:t>
            </w:r>
            <w:proofErr w:type="spellEnd"/>
            <w:r w:rsidRPr="00451F9D">
              <w:rPr>
                <w:lang w:val="fr-FR"/>
              </w:rPr>
              <w:t>"</w:t>
            </w:r>
          </w:p>
        </w:tc>
        <w:tc>
          <w:tcPr>
            <w:tcW w:w="1071" w:type="dxa"/>
          </w:tcPr>
          <w:p w14:paraId="08D1CA3D" w14:textId="77777777" w:rsidR="00FB0ED7" w:rsidRDefault="00000000">
            <w:r>
              <w:t>12.10.2023</w:t>
            </w:r>
          </w:p>
        </w:tc>
        <w:tc>
          <w:tcPr>
            <w:tcW w:w="1186" w:type="dxa"/>
          </w:tcPr>
          <w:p w14:paraId="73483FA1" w14:textId="77777777" w:rsidR="00FB0ED7" w:rsidRDefault="00000000">
            <w:r>
              <w:t>Deteriorate</w:t>
            </w:r>
          </w:p>
        </w:tc>
        <w:tc>
          <w:tcPr>
            <w:tcW w:w="1341" w:type="dxa"/>
          </w:tcPr>
          <w:p w14:paraId="35BDE98B" w14:textId="77777777" w:rsidR="00FB0ED7" w:rsidRDefault="00000000">
            <w:r>
              <w:t>Sevastopol Street</w:t>
            </w:r>
          </w:p>
        </w:tc>
        <w:tc>
          <w:tcPr>
            <w:tcW w:w="1071" w:type="dxa"/>
          </w:tcPr>
          <w:p w14:paraId="51B53C42" w14:textId="77777777" w:rsidR="00FB0ED7" w:rsidRDefault="00000000">
            <w:r>
              <w:t>Sea mines</w:t>
            </w:r>
          </w:p>
        </w:tc>
      </w:tr>
      <w:tr w:rsidR="00FB0ED7" w14:paraId="3F131790" w14:textId="77777777" w:rsidTr="00451F9D">
        <w:tc>
          <w:tcPr>
            <w:tcW w:w="2676" w:type="dxa"/>
          </w:tcPr>
          <w:p w14:paraId="0A2C1314" w14:textId="0364C9EE" w:rsidR="00FB0ED7" w:rsidRDefault="00451F9D">
            <w:r>
              <w:rPr>
                <w:noProof/>
              </w:rPr>
              <w:drawing>
                <wp:inline distT="0" distB="0" distL="0" distR="0" wp14:anchorId="07C8B1D6" wp14:editId="5DA7A4A9">
                  <wp:extent cx="1920240" cy="1280160"/>
                  <wp:effectExtent l="0" t="0" r="3810" b="0"/>
                  <wp:docPr id="559673345" name="Imagin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240" cy="12801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57E48DD4" w14:textId="77777777" w:rsidR="00FB0ED7" w:rsidRDefault="00000000">
            <w:r>
              <w:t>Rescue tug "Professor Nicolae Muru"</w:t>
            </w:r>
          </w:p>
        </w:tc>
        <w:tc>
          <w:tcPr>
            <w:tcW w:w="1071" w:type="dxa"/>
          </w:tcPr>
          <w:p w14:paraId="7621D441" w14:textId="77777777" w:rsidR="00FB0ED7" w:rsidRDefault="00000000">
            <w:r>
              <w:t>12.10.2023</w:t>
            </w:r>
          </w:p>
        </w:tc>
        <w:tc>
          <w:tcPr>
            <w:tcW w:w="1186" w:type="dxa"/>
          </w:tcPr>
          <w:p w14:paraId="0AD8C471" w14:textId="77777777" w:rsidR="00FB0ED7" w:rsidRDefault="00000000">
            <w:r>
              <w:t>Deteriorate</w:t>
            </w:r>
          </w:p>
        </w:tc>
        <w:tc>
          <w:tcPr>
            <w:tcW w:w="1341" w:type="dxa"/>
          </w:tcPr>
          <w:p w14:paraId="38F4DC39" w14:textId="77777777" w:rsidR="00FB0ED7" w:rsidRDefault="00000000">
            <w:r>
              <w:t>Sevastopol harbour while towing the damaged patrol vessel Project 22160 "Pavel Derzhavin"</w:t>
            </w:r>
          </w:p>
        </w:tc>
        <w:tc>
          <w:tcPr>
            <w:tcW w:w="1071" w:type="dxa"/>
          </w:tcPr>
          <w:p w14:paraId="24B140E3" w14:textId="77777777" w:rsidR="00FB0ED7" w:rsidRDefault="00000000">
            <w:r>
              <w:t>Sea mines</w:t>
            </w:r>
          </w:p>
        </w:tc>
      </w:tr>
      <w:tr w:rsidR="00FB0ED7" w14:paraId="1C9F5A9E" w14:textId="77777777" w:rsidTr="00451F9D">
        <w:tc>
          <w:tcPr>
            <w:tcW w:w="2676" w:type="dxa"/>
          </w:tcPr>
          <w:p w14:paraId="5A7BB3A5" w14:textId="5ECB11D3" w:rsidR="00FB0ED7" w:rsidRDefault="00451F9D">
            <w:r>
              <w:rPr>
                <w:noProof/>
              </w:rPr>
              <w:drawing>
                <wp:inline distT="0" distB="0" distL="0" distR="0" wp14:anchorId="1C95481A" wp14:editId="4507FEE9">
                  <wp:extent cx="1901825" cy="1268095"/>
                  <wp:effectExtent l="0" t="0" r="3175" b="8255"/>
                  <wp:docPr id="661085987" name="Imagin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1825" cy="126809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56A7B3F5" w14:textId="77777777" w:rsidR="00FB0ED7" w:rsidRDefault="00000000">
            <w:r>
              <w:t>Project of large hydrographic boat 23040G "Vladimir Kozytskyi"</w:t>
            </w:r>
          </w:p>
        </w:tc>
        <w:tc>
          <w:tcPr>
            <w:tcW w:w="1071" w:type="dxa"/>
          </w:tcPr>
          <w:p w14:paraId="7AAF90DF" w14:textId="77777777" w:rsidR="00FB0ED7" w:rsidRDefault="00000000">
            <w:r>
              <w:t>26.10.2023</w:t>
            </w:r>
          </w:p>
        </w:tc>
        <w:tc>
          <w:tcPr>
            <w:tcW w:w="1186" w:type="dxa"/>
          </w:tcPr>
          <w:p w14:paraId="3C55B72B" w14:textId="77777777" w:rsidR="00FB0ED7" w:rsidRDefault="00000000">
            <w:r>
              <w:t>Deteriorate</w:t>
            </w:r>
          </w:p>
        </w:tc>
        <w:tc>
          <w:tcPr>
            <w:tcW w:w="1341" w:type="dxa"/>
          </w:tcPr>
          <w:p w14:paraId="3F60C5B6" w14:textId="77777777" w:rsidR="00FB0ED7" w:rsidRDefault="00000000">
            <w:r>
              <w:t>Sevastopol harbour during a survey of the water area for the presence of sea mines</w:t>
            </w:r>
          </w:p>
        </w:tc>
        <w:tc>
          <w:tcPr>
            <w:tcW w:w="1071" w:type="dxa"/>
          </w:tcPr>
          <w:p w14:paraId="7E8DAFD4" w14:textId="77777777" w:rsidR="00FB0ED7" w:rsidRDefault="00000000">
            <w:r>
              <w:t>Sea mines</w:t>
            </w:r>
          </w:p>
        </w:tc>
      </w:tr>
      <w:tr w:rsidR="00FB0ED7" w14:paraId="50460FB1" w14:textId="77777777" w:rsidTr="00451F9D">
        <w:tc>
          <w:tcPr>
            <w:tcW w:w="2676" w:type="dxa"/>
          </w:tcPr>
          <w:p w14:paraId="286429F4" w14:textId="1783D028" w:rsidR="00FB0ED7" w:rsidRDefault="00451F9D">
            <w:r>
              <w:rPr>
                <w:noProof/>
              </w:rPr>
              <w:lastRenderedPageBreak/>
              <w:drawing>
                <wp:inline distT="0" distB="0" distL="0" distR="0" wp14:anchorId="7E793BD9" wp14:editId="0731AB43">
                  <wp:extent cx="1920240" cy="1280160"/>
                  <wp:effectExtent l="0" t="0" r="3810" b="0"/>
                  <wp:docPr id="347423692" name="Imagine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240" cy="12801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25AA4537" w14:textId="77777777" w:rsidR="00FB0ED7" w:rsidRDefault="00000000">
            <w:r>
              <w:t>Maliy Project 22800 (code "Karakurt") "Askold" missile ship</w:t>
            </w:r>
          </w:p>
        </w:tc>
        <w:tc>
          <w:tcPr>
            <w:tcW w:w="1071" w:type="dxa"/>
          </w:tcPr>
          <w:p w14:paraId="102E2514" w14:textId="77777777" w:rsidR="00FB0ED7" w:rsidRDefault="00000000">
            <w:r>
              <w:t>04.11.2023</w:t>
            </w:r>
          </w:p>
        </w:tc>
        <w:tc>
          <w:tcPr>
            <w:tcW w:w="1186" w:type="dxa"/>
          </w:tcPr>
          <w:p w14:paraId="5551186D" w14:textId="77777777" w:rsidR="00FB0ED7" w:rsidRDefault="00000000">
            <w:r>
              <w:t>suffered significant damage</w:t>
            </w:r>
          </w:p>
        </w:tc>
        <w:tc>
          <w:tcPr>
            <w:tcW w:w="1341" w:type="dxa"/>
          </w:tcPr>
          <w:p w14:paraId="2322F53A" w14:textId="77777777" w:rsidR="00FB0ED7" w:rsidRDefault="00000000">
            <w:r>
              <w:t>Zaliv shipyard, Kerci</w:t>
            </w:r>
          </w:p>
        </w:tc>
        <w:tc>
          <w:tcPr>
            <w:tcW w:w="1071" w:type="dxa"/>
          </w:tcPr>
          <w:p w14:paraId="0F266D91" w14:textId="77777777" w:rsidR="00FB0ED7" w:rsidRDefault="00000000">
            <w:r>
              <w:t>2 Storm Shadow cruise missiles (SCALP-EG)</w:t>
            </w:r>
          </w:p>
        </w:tc>
      </w:tr>
      <w:tr w:rsidR="00FB0ED7" w14:paraId="4B5ECDD7" w14:textId="77777777" w:rsidTr="00451F9D">
        <w:tc>
          <w:tcPr>
            <w:tcW w:w="2676" w:type="dxa"/>
          </w:tcPr>
          <w:p w14:paraId="2AD4E619" w14:textId="218DD0D5" w:rsidR="00FB0ED7" w:rsidRDefault="00451F9D">
            <w:r>
              <w:rPr>
                <w:noProof/>
              </w:rPr>
              <w:drawing>
                <wp:inline distT="0" distB="0" distL="0" distR="0" wp14:anchorId="65071E2F" wp14:editId="78A65EBF">
                  <wp:extent cx="1920240" cy="1280160"/>
                  <wp:effectExtent l="0" t="0" r="3810" b="0"/>
                  <wp:docPr id="1585548543" name="Imagine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20240" cy="12801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448C1D08" w14:textId="77777777" w:rsidR="00FB0ED7" w:rsidRDefault="00000000">
            <w:r>
              <w:t>Landing craft pr. 11770 "Serna"</w:t>
            </w:r>
          </w:p>
        </w:tc>
        <w:tc>
          <w:tcPr>
            <w:tcW w:w="1071" w:type="dxa"/>
          </w:tcPr>
          <w:p w14:paraId="4E428E7A" w14:textId="77777777" w:rsidR="00FB0ED7" w:rsidRDefault="00000000">
            <w:r>
              <w:t>10.11.2023</w:t>
            </w:r>
          </w:p>
        </w:tc>
        <w:tc>
          <w:tcPr>
            <w:tcW w:w="1186" w:type="dxa"/>
          </w:tcPr>
          <w:p w14:paraId="6A60BE9A" w14:textId="77777777" w:rsidR="00FB0ED7" w:rsidRDefault="00000000">
            <w:r>
              <w:t>Destroyed</w:t>
            </w:r>
            <w:r>
              <w:br/>
              <w:t>(requires further clarification)</w:t>
            </w:r>
          </w:p>
        </w:tc>
        <w:tc>
          <w:tcPr>
            <w:tcW w:w="1341" w:type="dxa"/>
          </w:tcPr>
          <w:p w14:paraId="1C7D0372" w14:textId="77777777" w:rsidR="00FB0ED7" w:rsidRDefault="00000000">
            <w:r>
              <w:t>Cape Tarkhankut area - Chornomorske village</w:t>
            </w:r>
          </w:p>
        </w:tc>
        <w:tc>
          <w:tcPr>
            <w:tcW w:w="1071" w:type="dxa"/>
          </w:tcPr>
          <w:p w14:paraId="02F9FCAB" w14:textId="77777777" w:rsidR="00FB0ED7" w:rsidRDefault="00000000">
            <w:r>
              <w:t>maritime drone</w:t>
            </w:r>
          </w:p>
        </w:tc>
      </w:tr>
      <w:tr w:rsidR="00FB0ED7" w14:paraId="7257E175" w14:textId="77777777" w:rsidTr="00451F9D">
        <w:tc>
          <w:tcPr>
            <w:tcW w:w="2676" w:type="dxa"/>
          </w:tcPr>
          <w:p w14:paraId="0F0B80E9" w14:textId="7D8AFB7B" w:rsidR="00FB0ED7" w:rsidRDefault="00451F9D">
            <w:r>
              <w:rPr>
                <w:noProof/>
              </w:rPr>
              <w:drawing>
                <wp:inline distT="0" distB="0" distL="0" distR="0" wp14:anchorId="0E9DFC4A" wp14:editId="2170C038">
                  <wp:extent cx="1932305" cy="1286510"/>
                  <wp:effectExtent l="0" t="0" r="0" b="8890"/>
                  <wp:docPr id="1380250943" name="Imagin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2305" cy="1286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475D1FEB" w14:textId="77777777" w:rsidR="00FB0ED7" w:rsidRDefault="00000000">
            <w:r>
              <w:t>Landing boat pr. 11770 "Chamois" (possibly Project 11776 "Shark")</w:t>
            </w:r>
          </w:p>
        </w:tc>
        <w:tc>
          <w:tcPr>
            <w:tcW w:w="1071" w:type="dxa"/>
          </w:tcPr>
          <w:p w14:paraId="5A9E59D4" w14:textId="77777777" w:rsidR="00FB0ED7" w:rsidRDefault="00000000">
            <w:r>
              <w:t>10.11.2023</w:t>
            </w:r>
          </w:p>
        </w:tc>
        <w:tc>
          <w:tcPr>
            <w:tcW w:w="1186" w:type="dxa"/>
          </w:tcPr>
          <w:p w14:paraId="07E90398" w14:textId="77777777" w:rsidR="00FB0ED7" w:rsidRDefault="00000000">
            <w:r>
              <w:t>Destroyed</w:t>
            </w:r>
            <w:r>
              <w:br/>
              <w:t>(requires further clarification)</w:t>
            </w:r>
          </w:p>
        </w:tc>
        <w:tc>
          <w:tcPr>
            <w:tcW w:w="1341" w:type="dxa"/>
          </w:tcPr>
          <w:p w14:paraId="113B8F13" w14:textId="77777777" w:rsidR="00FB0ED7" w:rsidRDefault="00000000">
            <w:r>
              <w:t>Cape Tarkhankut area - Chornomorske village</w:t>
            </w:r>
          </w:p>
        </w:tc>
        <w:tc>
          <w:tcPr>
            <w:tcW w:w="1071" w:type="dxa"/>
          </w:tcPr>
          <w:p w14:paraId="34EC8FDD" w14:textId="77777777" w:rsidR="00FB0ED7" w:rsidRDefault="00000000">
            <w:r>
              <w:t>maritime drone</w:t>
            </w:r>
          </w:p>
        </w:tc>
      </w:tr>
      <w:tr w:rsidR="00FB0ED7" w14:paraId="6A4AC020" w14:textId="77777777" w:rsidTr="00451F9D">
        <w:tc>
          <w:tcPr>
            <w:tcW w:w="2676" w:type="dxa"/>
          </w:tcPr>
          <w:p w14:paraId="30712CFB" w14:textId="1FAE76F5" w:rsidR="00FB0ED7" w:rsidRDefault="00451F9D">
            <w:r>
              <w:rPr>
                <w:noProof/>
              </w:rPr>
              <w:drawing>
                <wp:inline distT="0" distB="0" distL="0" distR="0" wp14:anchorId="7137E45C" wp14:editId="14DA8F0C">
                  <wp:extent cx="1932305" cy="1286510"/>
                  <wp:effectExtent l="0" t="0" r="0" b="8890"/>
                  <wp:docPr id="1594146023" name="Imagin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2305" cy="1286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00D76D2F" w14:textId="77777777" w:rsidR="00FB0ED7" w:rsidRDefault="00000000">
            <w:r>
              <w:t>The large landing ship Project 775 "Novocherkassk"</w:t>
            </w:r>
          </w:p>
        </w:tc>
        <w:tc>
          <w:tcPr>
            <w:tcW w:w="1071" w:type="dxa"/>
          </w:tcPr>
          <w:p w14:paraId="638448F0" w14:textId="77777777" w:rsidR="00FB0ED7" w:rsidRDefault="00000000">
            <w:r>
              <w:t>26.12.2023</w:t>
            </w:r>
          </w:p>
        </w:tc>
        <w:tc>
          <w:tcPr>
            <w:tcW w:w="1186" w:type="dxa"/>
          </w:tcPr>
          <w:p w14:paraId="64EF071D" w14:textId="77777777" w:rsidR="00FB0ED7" w:rsidRDefault="00000000">
            <w:r>
              <w:t>Damaged then destroyed</w:t>
            </w:r>
          </w:p>
        </w:tc>
        <w:tc>
          <w:tcPr>
            <w:tcW w:w="1341" w:type="dxa"/>
          </w:tcPr>
          <w:p w14:paraId="40F0C65E" w14:textId="77777777" w:rsidR="00FB0ED7" w:rsidRDefault="00000000">
            <w:r>
              <w:t>Damaged -Berdyansk, Sea of Azov;</w:t>
            </w:r>
          </w:p>
        </w:tc>
        <w:tc>
          <w:tcPr>
            <w:tcW w:w="1071" w:type="dxa"/>
          </w:tcPr>
          <w:p w14:paraId="6FF6CE06" w14:textId="77777777" w:rsidR="00FB0ED7" w:rsidRDefault="00000000">
            <w:r>
              <w:t>24.03.2022 Tochka-U rocket</w:t>
            </w:r>
          </w:p>
        </w:tc>
      </w:tr>
      <w:tr w:rsidR="00FB0ED7" w14:paraId="2CA4B5F5" w14:textId="77777777" w:rsidTr="00451F9D">
        <w:tc>
          <w:tcPr>
            <w:tcW w:w="2676" w:type="dxa"/>
          </w:tcPr>
          <w:p w14:paraId="50B986E2" w14:textId="2EB4BA11" w:rsidR="00FB0ED7" w:rsidRDefault="00451F9D">
            <w:r>
              <w:rPr>
                <w:noProof/>
              </w:rPr>
              <w:drawing>
                <wp:inline distT="0" distB="0" distL="0" distR="0" wp14:anchorId="09552648" wp14:editId="0C4E30D9">
                  <wp:extent cx="1938655" cy="1292225"/>
                  <wp:effectExtent l="0" t="0" r="4445" b="3175"/>
                  <wp:docPr id="1301200850" name="Imagine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8655" cy="12922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78785E38" w14:textId="77777777" w:rsidR="00FB0ED7" w:rsidRDefault="00000000">
            <w:r>
              <w:t>The large landing ship Project 775 "Novocherkassk"</w:t>
            </w:r>
          </w:p>
        </w:tc>
        <w:tc>
          <w:tcPr>
            <w:tcW w:w="1071" w:type="dxa"/>
          </w:tcPr>
          <w:p w14:paraId="3CC38D8B" w14:textId="77777777" w:rsidR="00FB0ED7" w:rsidRDefault="00000000">
            <w:r>
              <w:t>26.12.2023</w:t>
            </w:r>
          </w:p>
        </w:tc>
        <w:tc>
          <w:tcPr>
            <w:tcW w:w="1186" w:type="dxa"/>
          </w:tcPr>
          <w:p w14:paraId="3519E96F" w14:textId="77777777" w:rsidR="00FB0ED7" w:rsidRDefault="00000000">
            <w:r>
              <w:t>Damaged then destroyed</w:t>
            </w:r>
          </w:p>
        </w:tc>
        <w:tc>
          <w:tcPr>
            <w:tcW w:w="1341" w:type="dxa"/>
          </w:tcPr>
          <w:p w14:paraId="3E1D1C4B" w14:textId="77777777" w:rsidR="00FB0ED7" w:rsidRDefault="00000000">
            <w:r>
              <w:t>destroyed the harbour of Feodosia,</w:t>
            </w:r>
          </w:p>
        </w:tc>
        <w:tc>
          <w:tcPr>
            <w:tcW w:w="1071" w:type="dxa"/>
          </w:tcPr>
          <w:p w14:paraId="7DD34255" w14:textId="77777777" w:rsidR="00FB0ED7" w:rsidRDefault="00000000">
            <w:r>
              <w:t>26.12.2023 Storm Shadow cruise missile (SCALP-EG)</w:t>
            </w:r>
          </w:p>
        </w:tc>
      </w:tr>
      <w:tr w:rsidR="00FB0ED7" w14:paraId="59878B48" w14:textId="77777777" w:rsidTr="00451F9D">
        <w:tc>
          <w:tcPr>
            <w:tcW w:w="2676" w:type="dxa"/>
          </w:tcPr>
          <w:p w14:paraId="45E5543E" w14:textId="343313A3" w:rsidR="00FB0ED7" w:rsidRDefault="00451F9D">
            <w:r>
              <w:rPr>
                <w:noProof/>
              </w:rPr>
              <w:drawing>
                <wp:inline distT="0" distB="0" distL="0" distR="0" wp14:anchorId="62AFFB6C" wp14:editId="74EFF265">
                  <wp:extent cx="1908175" cy="1274445"/>
                  <wp:effectExtent l="0" t="0" r="0" b="1905"/>
                  <wp:docPr id="2091891744" name="Imagine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8175" cy="12744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09DD9901" w14:textId="77777777" w:rsidR="00FB0ED7" w:rsidRDefault="00000000">
            <w:r>
              <w:t>Project 12411 "Ivanovets"</w:t>
            </w:r>
          </w:p>
        </w:tc>
        <w:tc>
          <w:tcPr>
            <w:tcW w:w="1071" w:type="dxa"/>
          </w:tcPr>
          <w:p w14:paraId="154383F9" w14:textId="77777777" w:rsidR="00FB0ED7" w:rsidRDefault="00000000">
            <w:r>
              <w:t>01.02.2024</w:t>
            </w:r>
          </w:p>
        </w:tc>
        <w:tc>
          <w:tcPr>
            <w:tcW w:w="1186" w:type="dxa"/>
          </w:tcPr>
          <w:p w14:paraId="5A2A9B4E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2F94F3DA" w14:textId="77777777" w:rsidR="00FB0ED7" w:rsidRDefault="00000000">
            <w:r>
              <w:t>Lake Donuzlav, west coast of Crimea, near Yevpatoria</w:t>
            </w:r>
          </w:p>
        </w:tc>
        <w:tc>
          <w:tcPr>
            <w:tcW w:w="1071" w:type="dxa"/>
          </w:tcPr>
          <w:p w14:paraId="005BB6FC" w14:textId="77777777" w:rsidR="00FB0ED7" w:rsidRDefault="00000000">
            <w:r>
              <w:t>Maritime drone</w:t>
            </w:r>
          </w:p>
        </w:tc>
      </w:tr>
      <w:tr w:rsidR="00FB0ED7" w14:paraId="1F0F08D3" w14:textId="77777777" w:rsidTr="00451F9D">
        <w:tc>
          <w:tcPr>
            <w:tcW w:w="2676" w:type="dxa"/>
          </w:tcPr>
          <w:p w14:paraId="3FF729AA" w14:textId="42F9C122" w:rsidR="00FB0ED7" w:rsidRDefault="00451F9D">
            <w:r>
              <w:rPr>
                <w:noProof/>
              </w:rPr>
              <w:lastRenderedPageBreak/>
              <w:drawing>
                <wp:inline distT="0" distB="0" distL="0" distR="0" wp14:anchorId="58FDD8AA" wp14:editId="19A3FBA6">
                  <wp:extent cx="1932305" cy="1286510"/>
                  <wp:effectExtent l="0" t="0" r="0" b="8890"/>
                  <wp:docPr id="1908047898" name="Imagine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2305" cy="1286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08064530" w14:textId="77777777" w:rsidR="00FB0ED7" w:rsidRDefault="00000000">
            <w:r>
              <w:t>Large landing ship Project 775 "Caesar Kunikov"</w:t>
            </w:r>
          </w:p>
        </w:tc>
        <w:tc>
          <w:tcPr>
            <w:tcW w:w="1071" w:type="dxa"/>
          </w:tcPr>
          <w:p w14:paraId="73990186" w14:textId="77777777" w:rsidR="00FB0ED7" w:rsidRDefault="00000000">
            <w:r>
              <w:t>24.02.2024</w:t>
            </w:r>
          </w:p>
        </w:tc>
        <w:tc>
          <w:tcPr>
            <w:tcW w:w="1186" w:type="dxa"/>
          </w:tcPr>
          <w:p w14:paraId="4FDC6FA2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56B380BA" w14:textId="77777777" w:rsidR="00FB0ED7" w:rsidRDefault="00000000">
            <w:r>
              <w:t>near Alupka, Crimea</w:t>
            </w:r>
          </w:p>
        </w:tc>
        <w:tc>
          <w:tcPr>
            <w:tcW w:w="1071" w:type="dxa"/>
          </w:tcPr>
          <w:p w14:paraId="3F5E4878" w14:textId="77777777" w:rsidR="00FB0ED7" w:rsidRDefault="00000000">
            <w:r>
              <w:t>Maritime drone</w:t>
            </w:r>
          </w:p>
        </w:tc>
      </w:tr>
      <w:tr w:rsidR="00FB0ED7" w14:paraId="162EE4D3" w14:textId="77777777" w:rsidTr="00451F9D">
        <w:tc>
          <w:tcPr>
            <w:tcW w:w="2676" w:type="dxa"/>
          </w:tcPr>
          <w:p w14:paraId="1ED24957" w14:textId="382284C1" w:rsidR="00FB0ED7" w:rsidRDefault="00451F9D">
            <w:r>
              <w:rPr>
                <w:noProof/>
              </w:rPr>
              <w:drawing>
                <wp:inline distT="0" distB="0" distL="0" distR="0" wp14:anchorId="58A0E1D5" wp14:editId="17732A17">
                  <wp:extent cx="1945005" cy="1298575"/>
                  <wp:effectExtent l="0" t="0" r="0" b="0"/>
                  <wp:docPr id="1338880912" name="Imagine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45005" cy="129857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04545B69" w14:textId="77777777" w:rsidR="00FB0ED7" w:rsidRDefault="00000000">
            <w:r>
              <w:t>Patrol vessel (corvette) Project 22160 "Sergey Kotov"</w:t>
            </w:r>
          </w:p>
        </w:tc>
        <w:tc>
          <w:tcPr>
            <w:tcW w:w="1071" w:type="dxa"/>
          </w:tcPr>
          <w:p w14:paraId="33438597" w14:textId="77777777" w:rsidR="00FB0ED7" w:rsidRDefault="00000000">
            <w:r>
              <w:t>05.03.2024</w:t>
            </w:r>
          </w:p>
        </w:tc>
        <w:tc>
          <w:tcPr>
            <w:tcW w:w="1186" w:type="dxa"/>
          </w:tcPr>
          <w:p w14:paraId="4068BF68" w14:textId="77777777" w:rsidR="00FB0ED7" w:rsidRDefault="00000000">
            <w:r>
              <w:t>Destroyed</w:t>
            </w:r>
          </w:p>
        </w:tc>
        <w:tc>
          <w:tcPr>
            <w:tcW w:w="1341" w:type="dxa"/>
          </w:tcPr>
          <w:p w14:paraId="0D83D28C" w14:textId="77777777" w:rsidR="00FB0ED7" w:rsidRDefault="00000000">
            <w:r>
              <w:t>near Kerci</w:t>
            </w:r>
          </w:p>
        </w:tc>
        <w:tc>
          <w:tcPr>
            <w:tcW w:w="1071" w:type="dxa"/>
          </w:tcPr>
          <w:p w14:paraId="15310F91" w14:textId="77777777" w:rsidR="00FB0ED7" w:rsidRDefault="00000000">
            <w:r>
              <w:t>Maritime drone</w:t>
            </w:r>
          </w:p>
        </w:tc>
      </w:tr>
      <w:tr w:rsidR="00FB0ED7" w14:paraId="53C3C7D6" w14:textId="77777777" w:rsidTr="00451F9D">
        <w:tc>
          <w:tcPr>
            <w:tcW w:w="2676" w:type="dxa"/>
          </w:tcPr>
          <w:p w14:paraId="200D4081" w14:textId="3A6AFAAB" w:rsidR="00FB0ED7" w:rsidRDefault="00451F9D">
            <w:r>
              <w:rPr>
                <w:noProof/>
              </w:rPr>
              <w:drawing>
                <wp:inline distT="0" distB="0" distL="0" distR="0" wp14:anchorId="7442BBA5" wp14:editId="4CC19B2D">
                  <wp:extent cx="1932305" cy="1286510"/>
                  <wp:effectExtent l="0" t="0" r="0" b="8890"/>
                  <wp:docPr id="1678540478" name="Imagine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32305" cy="12865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37706423" w14:textId="77777777" w:rsidR="00FB0ED7" w:rsidRDefault="00000000">
            <w:r>
              <w:t>Large landing craft pr. 775 Yamal</w:t>
            </w:r>
          </w:p>
        </w:tc>
        <w:tc>
          <w:tcPr>
            <w:tcW w:w="1071" w:type="dxa"/>
          </w:tcPr>
          <w:p w14:paraId="6DBE734C" w14:textId="77777777" w:rsidR="00FB0ED7" w:rsidRDefault="00000000">
            <w:r>
              <w:t>24.03.2024</w:t>
            </w:r>
          </w:p>
        </w:tc>
        <w:tc>
          <w:tcPr>
            <w:tcW w:w="1186" w:type="dxa"/>
          </w:tcPr>
          <w:p w14:paraId="3E5A099E" w14:textId="77777777" w:rsidR="00FB0ED7" w:rsidRDefault="00000000">
            <w:r>
              <w:t>Deteriorate</w:t>
            </w:r>
            <w:r>
              <w:br/>
              <w:t>(to be clarified)</w:t>
            </w:r>
          </w:p>
        </w:tc>
        <w:tc>
          <w:tcPr>
            <w:tcW w:w="1341" w:type="dxa"/>
          </w:tcPr>
          <w:p w14:paraId="1F2FD887" w14:textId="77777777" w:rsidR="00FB0ED7" w:rsidRDefault="00000000">
            <w:r>
              <w:t>Sevastopol harbour</w:t>
            </w:r>
          </w:p>
        </w:tc>
        <w:tc>
          <w:tcPr>
            <w:tcW w:w="1071" w:type="dxa"/>
          </w:tcPr>
          <w:p w14:paraId="09927CA0" w14:textId="77777777" w:rsidR="00FB0ED7" w:rsidRDefault="00000000">
            <w:r>
              <w:t>Storm Shadow cruise missile (SCALP-EG)</w:t>
            </w:r>
          </w:p>
        </w:tc>
      </w:tr>
      <w:tr w:rsidR="00FB0ED7" w14:paraId="137BF2C1" w14:textId="77777777" w:rsidTr="00451F9D">
        <w:tc>
          <w:tcPr>
            <w:tcW w:w="2676" w:type="dxa"/>
          </w:tcPr>
          <w:p w14:paraId="0F7AAA9B" w14:textId="13D68FCE" w:rsidR="00FB0ED7" w:rsidRDefault="00451F9D">
            <w:r>
              <w:rPr>
                <w:noProof/>
              </w:rPr>
              <w:drawing>
                <wp:inline distT="0" distB="0" distL="0" distR="0" wp14:anchorId="476760CE" wp14:editId="07B708BB">
                  <wp:extent cx="1908175" cy="1274445"/>
                  <wp:effectExtent l="0" t="0" r="0" b="1905"/>
                  <wp:docPr id="390869756" name="Imagin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08175" cy="12744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511" w:type="dxa"/>
          </w:tcPr>
          <w:p w14:paraId="6FEFAD02" w14:textId="77777777" w:rsidR="00FB0ED7" w:rsidRPr="00451F9D" w:rsidRDefault="00000000">
            <w:pPr>
              <w:rPr>
                <w:lang w:val="fr-FR"/>
              </w:rPr>
            </w:pPr>
            <w:r w:rsidRPr="00451F9D">
              <w:rPr>
                <w:lang w:val="fr-FR"/>
              </w:rPr>
              <w:t xml:space="preserve">Medium reconnaissance </w:t>
            </w:r>
            <w:proofErr w:type="spellStart"/>
            <w:r w:rsidRPr="00451F9D">
              <w:rPr>
                <w:lang w:val="fr-FR"/>
              </w:rPr>
              <w:t>ship</w:t>
            </w:r>
            <w:proofErr w:type="spellEnd"/>
            <w:r w:rsidRPr="00451F9D">
              <w:rPr>
                <w:lang w:val="fr-FR"/>
              </w:rPr>
              <w:t xml:space="preserve"> </w:t>
            </w:r>
            <w:proofErr w:type="spellStart"/>
            <w:r w:rsidRPr="00451F9D">
              <w:rPr>
                <w:lang w:val="fr-FR"/>
              </w:rPr>
              <w:t>pr</w:t>
            </w:r>
            <w:proofErr w:type="spellEnd"/>
            <w:r w:rsidRPr="00451F9D">
              <w:rPr>
                <w:lang w:val="fr-FR"/>
              </w:rPr>
              <w:t xml:space="preserve">. 18280 "Ivan </w:t>
            </w:r>
            <w:proofErr w:type="spellStart"/>
            <w:r w:rsidRPr="00451F9D">
              <w:rPr>
                <w:lang w:val="fr-FR"/>
              </w:rPr>
              <w:t>Khurs</w:t>
            </w:r>
            <w:proofErr w:type="spellEnd"/>
            <w:r w:rsidRPr="00451F9D">
              <w:rPr>
                <w:lang w:val="fr-FR"/>
              </w:rPr>
              <w:t>"</w:t>
            </w:r>
          </w:p>
        </w:tc>
        <w:tc>
          <w:tcPr>
            <w:tcW w:w="1071" w:type="dxa"/>
          </w:tcPr>
          <w:p w14:paraId="58CD287A" w14:textId="77777777" w:rsidR="00FB0ED7" w:rsidRDefault="00000000">
            <w:r>
              <w:t>24.03.2024</w:t>
            </w:r>
          </w:p>
        </w:tc>
        <w:tc>
          <w:tcPr>
            <w:tcW w:w="1186" w:type="dxa"/>
          </w:tcPr>
          <w:p w14:paraId="5196A8CF" w14:textId="77777777" w:rsidR="00FB0ED7" w:rsidRDefault="00000000">
            <w:r>
              <w:t>Deteriorate</w:t>
            </w:r>
            <w:r>
              <w:br/>
              <w:t>(to be clarified)</w:t>
            </w:r>
          </w:p>
        </w:tc>
        <w:tc>
          <w:tcPr>
            <w:tcW w:w="1341" w:type="dxa"/>
          </w:tcPr>
          <w:p w14:paraId="1BD6FAE6" w14:textId="77777777" w:rsidR="00FB0ED7" w:rsidRDefault="00000000">
            <w:r>
              <w:t>Sevastopol harbour</w:t>
            </w:r>
          </w:p>
        </w:tc>
        <w:tc>
          <w:tcPr>
            <w:tcW w:w="1071" w:type="dxa"/>
          </w:tcPr>
          <w:p w14:paraId="2163FA09" w14:textId="77777777" w:rsidR="00FB0ED7" w:rsidRDefault="00000000">
            <w:r>
              <w:t>Storm Shadow cruise missile (SCALP-EG)</w:t>
            </w:r>
          </w:p>
        </w:tc>
      </w:tr>
    </w:tbl>
    <w:p w14:paraId="151C9488" w14:textId="77777777" w:rsidR="00FA4B44" w:rsidRDefault="00FA4B44"/>
    <w:sectPr w:rsidR="00FA4B44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">
    <w:panose1 w:val="020704090202050204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FB12693A"/>
    <w:lvl w:ilvl="0">
      <w:start w:val="1"/>
      <w:numFmt w:val="decimal"/>
      <w:pStyle w:val="Listanumerotat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8441652"/>
    <w:lvl w:ilvl="0">
      <w:start w:val="1"/>
      <w:numFmt w:val="decimal"/>
      <w:pStyle w:val="Listanumerotat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F3EAFDEC"/>
    <w:lvl w:ilvl="0">
      <w:start w:val="1"/>
      <w:numFmt w:val="bullet"/>
      <w:pStyle w:val="Listacumarcatori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3D1EFFD4"/>
    <w:lvl w:ilvl="0">
      <w:start w:val="1"/>
      <w:numFmt w:val="bullet"/>
      <w:pStyle w:val="Listacumarcatori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D0A62B40"/>
    <w:lvl w:ilvl="0">
      <w:start w:val="1"/>
      <w:numFmt w:val="decimal"/>
      <w:pStyle w:val="Listnumerotat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29761A62"/>
    <w:lvl w:ilvl="0">
      <w:start w:val="1"/>
      <w:numFmt w:val="bullet"/>
      <w:pStyle w:val="Listcumarcator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474564259">
    <w:abstractNumId w:val="8"/>
  </w:num>
  <w:num w:numId="2" w16cid:durableId="710109470">
    <w:abstractNumId w:val="6"/>
  </w:num>
  <w:num w:numId="3" w16cid:durableId="1419668264">
    <w:abstractNumId w:val="5"/>
  </w:num>
  <w:num w:numId="4" w16cid:durableId="1910772352">
    <w:abstractNumId w:val="4"/>
  </w:num>
  <w:num w:numId="5" w16cid:durableId="734856316">
    <w:abstractNumId w:val="7"/>
  </w:num>
  <w:num w:numId="6" w16cid:durableId="95101391">
    <w:abstractNumId w:val="3"/>
  </w:num>
  <w:num w:numId="7" w16cid:durableId="192228989">
    <w:abstractNumId w:val="2"/>
  </w:num>
  <w:num w:numId="8" w16cid:durableId="1836411131">
    <w:abstractNumId w:val="1"/>
  </w:num>
  <w:num w:numId="9" w16cid:durableId="14866248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47730"/>
    <w:rsid w:val="00034616"/>
    <w:rsid w:val="0006063C"/>
    <w:rsid w:val="0015074B"/>
    <w:rsid w:val="0029639D"/>
    <w:rsid w:val="00326F90"/>
    <w:rsid w:val="00451F9D"/>
    <w:rsid w:val="00AA1D8D"/>
    <w:rsid w:val="00B47730"/>
    <w:rsid w:val="00CB0664"/>
    <w:rsid w:val="00D46D0A"/>
    <w:rsid w:val="00DD7704"/>
    <w:rsid w:val="00FA4B44"/>
    <w:rsid w:val="00FB0ED7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6834A127"/>
  <w14:defaultImageDpi w14:val="300"/>
  <w15:docId w15:val="{F8A589BA-8D42-44F5-8A12-425E0C9212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693F"/>
  </w:style>
  <w:style w:type="paragraph" w:styleId="Titlu1">
    <w:name w:val="heading 1"/>
    <w:basedOn w:val="Normal"/>
    <w:next w:val="Normal"/>
    <w:link w:val="Titlu1Caracte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lu2">
    <w:name w:val="heading 2"/>
    <w:basedOn w:val="Normal"/>
    <w:next w:val="Normal"/>
    <w:link w:val="Titlu2Caracte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lu3">
    <w:name w:val="heading 3"/>
    <w:basedOn w:val="Normal"/>
    <w:next w:val="Normal"/>
    <w:link w:val="Titlu3Caracte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u4">
    <w:name w:val="heading 4"/>
    <w:basedOn w:val="Normal"/>
    <w:next w:val="Normal"/>
    <w:link w:val="Titlu4Caracte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Titlu5">
    <w:name w:val="heading 5"/>
    <w:basedOn w:val="Normal"/>
    <w:next w:val="Normal"/>
    <w:link w:val="Titlu5Caracte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itlu6">
    <w:name w:val="heading 6"/>
    <w:basedOn w:val="Normal"/>
    <w:next w:val="Normal"/>
    <w:link w:val="Titlu6Caracte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lu7">
    <w:name w:val="heading 7"/>
    <w:basedOn w:val="Normal"/>
    <w:next w:val="Normal"/>
    <w:link w:val="Titlu7Caracte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u8">
    <w:name w:val="heading 8"/>
    <w:basedOn w:val="Normal"/>
    <w:next w:val="Normal"/>
    <w:link w:val="Titlu8Caracte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Titlu9">
    <w:name w:val="heading 9"/>
    <w:basedOn w:val="Normal"/>
    <w:next w:val="Normal"/>
    <w:link w:val="Titlu9Caracte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AntetCaracter">
    <w:name w:val="Antet Caracter"/>
    <w:basedOn w:val="Fontdeparagrafimplicit"/>
    <w:link w:val="Antet"/>
    <w:uiPriority w:val="99"/>
    <w:rsid w:val="00E618BF"/>
  </w:style>
  <w:style w:type="paragraph" w:styleId="Subsol">
    <w:name w:val="footer"/>
    <w:basedOn w:val="Normal"/>
    <w:link w:val="SubsolCaracte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SubsolCaracter">
    <w:name w:val="Subsol Caracter"/>
    <w:basedOn w:val="Fontdeparagrafimplicit"/>
    <w:link w:val="Subsol"/>
    <w:uiPriority w:val="99"/>
    <w:rsid w:val="00E618BF"/>
  </w:style>
  <w:style w:type="paragraph" w:styleId="Frspaiere">
    <w:name w:val="No Spacing"/>
    <w:uiPriority w:val="1"/>
    <w:qFormat/>
    <w:rsid w:val="00FC693F"/>
    <w:pPr>
      <w:spacing w:after="0" w:line="240" w:lineRule="auto"/>
    </w:pPr>
  </w:style>
  <w:style w:type="character" w:customStyle="1" w:styleId="Titlu1Caracter">
    <w:name w:val="Titlu 1 Caracter"/>
    <w:basedOn w:val="Fontdeparagrafimplicit"/>
    <w:link w:val="Titlu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lu2Caracter">
    <w:name w:val="Titlu 2 Caracter"/>
    <w:basedOn w:val="Fontdeparagrafimplicit"/>
    <w:link w:val="Titlu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lu3Caracter">
    <w:name w:val="Titlu 3 Caracter"/>
    <w:basedOn w:val="Fontdeparagrafimplicit"/>
    <w:link w:val="Titlu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u">
    <w:name w:val="Title"/>
    <w:basedOn w:val="Normal"/>
    <w:next w:val="Normal"/>
    <w:link w:val="TitluCaracte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uCaracter">
    <w:name w:val="Titlu Caracter"/>
    <w:basedOn w:val="Fontdeparagrafimplicit"/>
    <w:link w:val="Titlu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u">
    <w:name w:val="Subtitle"/>
    <w:basedOn w:val="Normal"/>
    <w:next w:val="Normal"/>
    <w:link w:val="SubtitluCaracte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uCaracter">
    <w:name w:val="Subtitlu Caracter"/>
    <w:basedOn w:val="Fontdeparagrafimplicit"/>
    <w:link w:val="Subtitlu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f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Corptext">
    <w:name w:val="Body Text"/>
    <w:basedOn w:val="Normal"/>
    <w:link w:val="CorptextCaracter"/>
    <w:uiPriority w:val="99"/>
    <w:unhideWhenUsed/>
    <w:rsid w:val="00AA1D8D"/>
    <w:pPr>
      <w:spacing w:after="120"/>
    </w:pPr>
  </w:style>
  <w:style w:type="character" w:customStyle="1" w:styleId="CorptextCaracter">
    <w:name w:val="Corp text Caracter"/>
    <w:basedOn w:val="Fontdeparagrafimplicit"/>
    <w:link w:val="Corptext"/>
    <w:uiPriority w:val="99"/>
    <w:rsid w:val="00AA1D8D"/>
  </w:style>
  <w:style w:type="paragraph" w:styleId="Corptext2">
    <w:name w:val="Body Text 2"/>
    <w:basedOn w:val="Normal"/>
    <w:link w:val="Corptext2Caracter"/>
    <w:uiPriority w:val="99"/>
    <w:unhideWhenUsed/>
    <w:rsid w:val="00AA1D8D"/>
    <w:pPr>
      <w:spacing w:after="120" w:line="480" w:lineRule="auto"/>
    </w:pPr>
  </w:style>
  <w:style w:type="character" w:customStyle="1" w:styleId="Corptext2Caracter">
    <w:name w:val="Corp text 2 Caracter"/>
    <w:basedOn w:val="Fontdeparagrafimplicit"/>
    <w:link w:val="Corptext2"/>
    <w:uiPriority w:val="99"/>
    <w:rsid w:val="00AA1D8D"/>
  </w:style>
  <w:style w:type="paragraph" w:styleId="Corptext3">
    <w:name w:val="Body Text 3"/>
    <w:basedOn w:val="Normal"/>
    <w:link w:val="Corptext3Caracte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Corptext3Caracter">
    <w:name w:val="Corp text 3 Caracter"/>
    <w:basedOn w:val="Fontdeparagrafimplicit"/>
    <w:link w:val="Corp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a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a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cumarcatori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acumarcatori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acumarcatori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erotat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anumerotat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anumerotat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ar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ar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ar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Textmacrocomand">
    <w:name w:val="macro"/>
    <w:link w:val="TextmacrocomandCaracte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TextmacrocomandCaracter">
    <w:name w:val="Text macrocomandă Caracter"/>
    <w:basedOn w:val="Fontdeparagrafimplicit"/>
    <w:link w:val="Textmacrocomand"/>
    <w:uiPriority w:val="99"/>
    <w:rsid w:val="0029639D"/>
    <w:rPr>
      <w:rFonts w:ascii="Courier" w:hAnsi="Courier"/>
      <w:sz w:val="20"/>
      <w:szCs w:val="20"/>
    </w:rPr>
  </w:style>
  <w:style w:type="paragraph" w:styleId="Citat">
    <w:name w:val="Quote"/>
    <w:basedOn w:val="Normal"/>
    <w:next w:val="Normal"/>
    <w:link w:val="CitatCaracter"/>
    <w:uiPriority w:val="29"/>
    <w:qFormat/>
    <w:rsid w:val="00FC693F"/>
    <w:rPr>
      <w:i/>
      <w:iCs/>
      <w:color w:val="000000" w:themeColor="text1"/>
    </w:rPr>
  </w:style>
  <w:style w:type="character" w:customStyle="1" w:styleId="CitatCaracter">
    <w:name w:val="Citat Caracter"/>
    <w:basedOn w:val="Fontdeparagrafimplicit"/>
    <w:link w:val="Citat"/>
    <w:uiPriority w:val="29"/>
    <w:rsid w:val="00FC693F"/>
    <w:rPr>
      <w:i/>
      <w:iCs/>
      <w:color w:val="000000" w:themeColor="text1"/>
    </w:rPr>
  </w:style>
  <w:style w:type="character" w:customStyle="1" w:styleId="Titlu4Caracter">
    <w:name w:val="Titlu 4 Caracter"/>
    <w:basedOn w:val="Fontdeparagrafimplicit"/>
    <w:link w:val="Titlu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Titlu5Caracter">
    <w:name w:val="Titlu 5 Caracter"/>
    <w:basedOn w:val="Fontdeparagrafimplicit"/>
    <w:link w:val="Titlu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Titlu6Caracter">
    <w:name w:val="Titlu 6 Caracter"/>
    <w:basedOn w:val="Fontdeparagrafimplicit"/>
    <w:link w:val="Titlu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lu7Caracter">
    <w:name w:val="Titlu 7 Caracter"/>
    <w:basedOn w:val="Fontdeparagrafimplicit"/>
    <w:link w:val="Titlu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Titlu8Caracter">
    <w:name w:val="Titlu 8 Caracter"/>
    <w:basedOn w:val="Fontdeparagrafimplicit"/>
    <w:link w:val="Titlu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Titlu9Caracter">
    <w:name w:val="Titlu 9 Caracter"/>
    <w:basedOn w:val="Fontdeparagrafimplicit"/>
    <w:link w:val="Titlu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Legend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Robust">
    <w:name w:val="Strong"/>
    <w:basedOn w:val="Fontdeparagrafimplicit"/>
    <w:uiPriority w:val="22"/>
    <w:qFormat/>
    <w:rsid w:val="00FC693F"/>
    <w:rPr>
      <w:b/>
      <w:bCs/>
    </w:rPr>
  </w:style>
  <w:style w:type="character" w:styleId="Accentuat">
    <w:name w:val="Emphasis"/>
    <w:basedOn w:val="Fontdeparagrafimplicit"/>
    <w:uiPriority w:val="20"/>
    <w:qFormat/>
    <w:rsid w:val="00FC693F"/>
    <w:rPr>
      <w:i/>
      <w:iCs/>
    </w:rPr>
  </w:style>
  <w:style w:type="paragraph" w:styleId="Citatintens">
    <w:name w:val="Intense Quote"/>
    <w:basedOn w:val="Normal"/>
    <w:next w:val="Normal"/>
    <w:link w:val="CitatintensCaracte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itatintensCaracter">
    <w:name w:val="Citat intens Caracter"/>
    <w:basedOn w:val="Fontdeparagrafimplicit"/>
    <w:link w:val="Citatintens"/>
    <w:uiPriority w:val="30"/>
    <w:rsid w:val="00FC693F"/>
    <w:rPr>
      <w:b/>
      <w:bCs/>
      <w:i/>
      <w:iCs/>
      <w:color w:val="4F81BD" w:themeColor="accent1"/>
    </w:rPr>
  </w:style>
  <w:style w:type="character" w:styleId="Accentuaresubtil">
    <w:name w:val="Subtle Emphasis"/>
    <w:basedOn w:val="Fontdeparagrafimplicit"/>
    <w:uiPriority w:val="19"/>
    <w:qFormat/>
    <w:rsid w:val="00FC693F"/>
    <w:rPr>
      <w:i/>
      <w:iCs/>
      <w:color w:val="808080" w:themeColor="text1" w:themeTint="7F"/>
    </w:rPr>
  </w:style>
  <w:style w:type="character" w:styleId="Accentuareintens">
    <w:name w:val="Intense Emphasis"/>
    <w:basedOn w:val="Fontdeparagrafimplicit"/>
    <w:uiPriority w:val="21"/>
    <w:qFormat/>
    <w:rsid w:val="00FC693F"/>
    <w:rPr>
      <w:b/>
      <w:bCs/>
      <w:i/>
      <w:iCs/>
      <w:color w:val="4F81BD" w:themeColor="accent1"/>
    </w:rPr>
  </w:style>
  <w:style w:type="character" w:styleId="Referiresubtil">
    <w:name w:val="Subtle Reference"/>
    <w:basedOn w:val="Fontdeparagrafimplicit"/>
    <w:uiPriority w:val="31"/>
    <w:qFormat/>
    <w:rsid w:val="00FC693F"/>
    <w:rPr>
      <w:smallCaps/>
      <w:color w:val="C0504D" w:themeColor="accent2"/>
      <w:u w:val="single"/>
    </w:rPr>
  </w:style>
  <w:style w:type="character" w:styleId="Referireintens">
    <w:name w:val="Intense Reference"/>
    <w:basedOn w:val="Fontdeparagrafimplici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Titlulcrii">
    <w:name w:val="Book Title"/>
    <w:basedOn w:val="Fontdeparagrafimplicit"/>
    <w:uiPriority w:val="33"/>
    <w:qFormat/>
    <w:rsid w:val="00FC693F"/>
    <w:rPr>
      <w:b/>
      <w:bCs/>
      <w:smallCaps/>
      <w:spacing w:val="5"/>
    </w:rPr>
  </w:style>
  <w:style w:type="paragraph" w:styleId="Titlucuprins">
    <w:name w:val="TOC Heading"/>
    <w:basedOn w:val="Titlu1"/>
    <w:next w:val="Normal"/>
    <w:uiPriority w:val="39"/>
    <w:semiHidden/>
    <w:unhideWhenUsed/>
    <w:qFormat/>
    <w:rsid w:val="00FC693F"/>
    <w:pPr>
      <w:outlineLvl w:val="9"/>
    </w:pPr>
  </w:style>
  <w:style w:type="table" w:styleId="Tabelgril">
    <w:name w:val="Table Grid"/>
    <w:basedOn w:val="TabelNormal"/>
    <w:uiPriority w:val="59"/>
    <w:rsid w:val="00FC693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Umbriredeculoaredeschis">
    <w:name w:val="Light Shading"/>
    <w:basedOn w:val="Tabel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Umbriredeculoaredeschis-Accentuare1">
    <w:name w:val="Light Shading Accent 1"/>
    <w:basedOn w:val="Tabel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Umbriredeculoaredeschis-Accentuare2">
    <w:name w:val="Light Shading Accent 2"/>
    <w:basedOn w:val="Tabel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Umbriredeculoaredeschis-Accentuare3">
    <w:name w:val="Light Shading Accent 3"/>
    <w:basedOn w:val="Tabel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Umbriredeculoaredeschis-Accentuare4">
    <w:name w:val="Light Shading Accent 4"/>
    <w:basedOn w:val="Tabel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Umbriredeculoaredeschis-Accentuare5">
    <w:name w:val="Light Shading Accent 5"/>
    <w:basedOn w:val="Tabel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Umbriredeculoaredeschis-Accentuare6">
    <w:name w:val="Light Shading Accent 6"/>
    <w:basedOn w:val="Tabel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stdeculoaredeschis">
    <w:name w:val="Light List"/>
    <w:basedOn w:val="Tabel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stdeculoaredeschis-Accentuare1">
    <w:name w:val="Light List Accent 1"/>
    <w:basedOn w:val="TabelNormal"/>
    <w:uiPriority w:val="61"/>
    <w:rsid w:val="00FC693F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stdeculoaredeschis-Accentuare2">
    <w:name w:val="Light List Accent 2"/>
    <w:basedOn w:val="Tabel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stdeculoaredeschis-Accentuare3">
    <w:name w:val="Light List Accent 3"/>
    <w:basedOn w:val="Tabel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stdeculoaredeschis-Accentuare4">
    <w:name w:val="Light List Accent 4"/>
    <w:basedOn w:val="Tabel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stdeculoaredeschis-Accentuare5">
    <w:name w:val="Light List Accent 5"/>
    <w:basedOn w:val="Tabel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stdeculoaredeschis-Accentuare6">
    <w:name w:val="Light List Accent 6"/>
    <w:basedOn w:val="TabelNormal"/>
    <w:uiPriority w:val="61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Grildeculoaredeschis">
    <w:name w:val="Light Grid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Grildeculoaredeschis-Accentuare1">
    <w:name w:val="Light Grid Accent 1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Grildeculoaredeschis-Accentuare2">
    <w:name w:val="Light Grid Accent 2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Grildeculoaredeschis-Accentuare3">
    <w:name w:val="Light Grid Accent 3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Grildeculoaredeschis-Accentuare4">
    <w:name w:val="Light Grid Accent 4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Grildeculoaredeschis-Accentuare5">
    <w:name w:val="Light Grid Accent 5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Grildeculoaredeschis-Accentuare6">
    <w:name w:val="Light Grid Accent 6"/>
    <w:basedOn w:val="TabelNormal"/>
    <w:uiPriority w:val="62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Umbriremedie1">
    <w:name w:val="Medium Shading 1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1-Accentuare1">
    <w:name w:val="Medium Shading 1 Accent 1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1-Accentuare2">
    <w:name w:val="Medium Shading 1 Accent 2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1-Accentuare3">
    <w:name w:val="Medium Shading 1 Accent 3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1-Accentuare4">
    <w:name w:val="Medium Shading 1 Accent 4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1-Accentuare5">
    <w:name w:val="Medium Shading 1 Accent 5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1-Accentuare6">
    <w:name w:val="Medium Shading 1 Accent 6"/>
    <w:basedOn w:val="TabelNormal"/>
    <w:uiPriority w:val="63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Umbriremedie2">
    <w:name w:val="Medium Shading 2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Umbriremedie2-Accentuare1">
    <w:name w:val="Medium Shading 2 Accent 1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Umbriremedie2-Accentuare2">
    <w:name w:val="Medium Shading 2 Accent 2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Umbriremedie2-Accentuare3">
    <w:name w:val="Medium Shading 2 Accent 3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Umbriremedie2-Accentuare4">
    <w:name w:val="Medium Shading 2 Accent 4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Umbriremedie2-Accentuare5">
    <w:name w:val="Medium Shading 2 Accent 5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Umbriremedie2-Accentuare6">
    <w:name w:val="Medium Shading 2 Accent 6"/>
    <w:basedOn w:val="TabelNormal"/>
    <w:uiPriority w:val="64"/>
    <w:rsid w:val="00CB0664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Listmedie1">
    <w:name w:val="Medium List 1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Listmedie1-Accentuare1">
    <w:name w:val="Medium List 1 Accent 1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Listmedie1-Accentuare2">
    <w:name w:val="Medium List 1 Accent 2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bottom w:val="single" w:sz="8" w:space="0" w:color="C0504D" w:themeColor="accent2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Listmedie1-Accentuare3">
    <w:name w:val="Medium List 1 Accent 3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Listmedie1-Accentuare4">
    <w:name w:val="Medium List 1 Accent 4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bottom w:val="single" w:sz="8" w:space="0" w:color="8064A2" w:themeColor="accent4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Listmedie1-Accentuare5">
    <w:name w:val="Medium List 1 Accent 5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Listmedie1-Accentuare6">
    <w:name w:val="Medium List 1 Accent 6"/>
    <w:basedOn w:val="Tabel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Listmedie2">
    <w:name w:val="Medium List 2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medie2-Accentuare1">
    <w:name w:val="Medium List 2 Accent 1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medie2-Accentuare2">
    <w:name w:val="Medium List 2 Accent 2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medie2-Accentuare3">
    <w:name w:val="Medium List 2 Accent 3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medie2-Accentuare4">
    <w:name w:val="Medium List 2 Accent 4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medie2-Accentuare5">
    <w:name w:val="Medium List 2 Accent 5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Listmedie2-Accentuare6">
    <w:name w:val="Medium List 2 Accent 6"/>
    <w:basedOn w:val="Tabel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Grilmedie1">
    <w:name w:val="Medium Grid 1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lmedie1-Accentuare1">
    <w:name w:val="Medium Grid 1 Accent 1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ilmedie1-Accentuare2">
    <w:name w:val="Medium Grid 1 Accent 2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ilmedie1-Accentuare3">
    <w:name w:val="Medium Grid 1 Accent 3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ilmedie1-Accentuare4">
    <w:name w:val="Medium Grid 1 Accent 4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ilmedie1-Accentuare5">
    <w:name w:val="Medium Grid 1 Accent 5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ilmedie1-Accentuare6">
    <w:name w:val="Medium Grid 1 Accent 6"/>
    <w:basedOn w:val="TabelNormal"/>
    <w:uiPriority w:val="67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Grilmedie2">
    <w:name w:val="Medium Grid 2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2-Accentuare1">
    <w:name w:val="Medium Grid 2 Accent 1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2-Accentuare2">
    <w:name w:val="Medium Grid 2 Accent 2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2-Accentuare3">
    <w:name w:val="Medium Grid 2 Accent 3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2-Accentuare4">
    <w:name w:val="Medium Grid 2 Accent 4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2-Accentuare5">
    <w:name w:val="Medium Grid 2 Accent 5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2-Accentuare6">
    <w:name w:val="Medium Grid 2 Accent 6"/>
    <w:basedOn w:val="Tabel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Grilmedie3">
    <w:name w:val="Medium Grid 3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Grilmedie3-Accentuare1">
    <w:name w:val="Medium Grid 3 Accent 1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Grilmedie3-Accentuare2">
    <w:name w:val="Medium Grid 3 Accent 2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Grilmedie3-Accentuare3">
    <w:name w:val="Medium Grid 3 Accent 3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Grilmedie3-Accentuare4">
    <w:name w:val="Medium Grid 3 Accent 4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Grilmedie3-Accentuare5">
    <w:name w:val="Medium Grid 3 Accent 5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Grilmedie3-Accentuare6">
    <w:name w:val="Medium Grid 3 Accent 6"/>
    <w:basedOn w:val="TabelNormal"/>
    <w:uiPriority w:val="69"/>
    <w:rsid w:val="00CB0664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Listdeculoarenchis">
    <w:name w:val="Dark List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Listdeculoarenchis-Accentuare1">
    <w:name w:val="Dark List Accent 1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Listdeculoarenchis-Accentuare2">
    <w:name w:val="Dark List Accent 2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Listdeculoarenchis-Accentuare3">
    <w:name w:val="Dark List Accent 3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Listdeculoarenchis-Accentuare4">
    <w:name w:val="Dark List Accent 4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Listdeculoarenchis-Accentuare5">
    <w:name w:val="Dark List Accent 5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Listdeculoarenchis-Accentuare6">
    <w:name w:val="Dark List Accent 6"/>
    <w:basedOn w:val="Tabel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Umbrirecolorat">
    <w:name w:val="Colorful Shading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Umbrirecolorat-Accentuare1">
    <w:name w:val="Colorful Shading Accent 1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Umbrirecolorat-Accentuare2">
    <w:name w:val="Colorful Shading Accent 2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Umbrirecolorat-Accentuare3">
    <w:name w:val="Colorful Shading Accent 3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Umbrirecolorat-Accentuare4">
    <w:name w:val="Colorful Shading Accent 4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Umbrirecolorat-Accentuare5">
    <w:name w:val="Colorful Shading Accent 5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Umbrirecolorat-Accentuare6">
    <w:name w:val="Colorful Shading Accent 6"/>
    <w:basedOn w:val="Tabel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Listcolorat">
    <w:name w:val="Colorful List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colorat-Accentuare1">
    <w:name w:val="Colorful List Accent 1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Listcolorat-Accentuare2">
    <w:name w:val="Colorful List Accent 2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Listcolorat-Accentuare3">
    <w:name w:val="Colorful List Accent 3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colorat-Accentuare4">
    <w:name w:val="Colorful List Accent 4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Listcolorat-Accentuare5">
    <w:name w:val="Colorful List Accent 5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Listcolorat-Accentuare6">
    <w:name w:val="Colorful List Accent 6"/>
    <w:basedOn w:val="Tabel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Grilcolorat">
    <w:name w:val="Colorful Grid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Grilcolorat-Accentuare1">
    <w:name w:val="Colorful Grid Accent 1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Grilcolorat-Accentuare2">
    <w:name w:val="Colorful Grid Accent 2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Grilcolorat-Accentuare3">
    <w:name w:val="Colorful Grid Accent 3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Grilcolorat-Accentuare4">
    <w:name w:val="Colorful Grid Accent 4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Grilcolorat-Accentuare5">
    <w:name w:val="Colorful Grid Accent 5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Grilcolorat-Accentuare6">
    <w:name w:val="Colorful Grid Accent 6"/>
    <w:basedOn w:val="Tabel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9" Type="http://schemas.openxmlformats.org/officeDocument/2006/relationships/image" Target="media/image34.png"/><Relationship Id="rId3" Type="http://schemas.openxmlformats.org/officeDocument/2006/relationships/styles" Target="styles.xml"/><Relationship Id="rId21" Type="http://schemas.openxmlformats.org/officeDocument/2006/relationships/image" Target="media/image16.png"/><Relationship Id="rId34" Type="http://schemas.openxmlformats.org/officeDocument/2006/relationships/image" Target="media/image29.png"/><Relationship Id="rId42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image" Target="media/image28.png"/><Relationship Id="rId38" Type="http://schemas.openxmlformats.org/officeDocument/2006/relationships/image" Target="media/image33.png"/><Relationship Id="rId2" Type="http://schemas.openxmlformats.org/officeDocument/2006/relationships/numbering" Target="numbering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41" Type="http://schemas.openxmlformats.org/officeDocument/2006/relationships/image" Target="media/image36.png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7.png"/><Relationship Id="rId37" Type="http://schemas.openxmlformats.org/officeDocument/2006/relationships/image" Target="media/image32.png"/><Relationship Id="rId40" Type="http://schemas.openxmlformats.org/officeDocument/2006/relationships/image" Target="media/image35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36" Type="http://schemas.openxmlformats.org/officeDocument/2006/relationships/image" Target="media/image31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image" Target="media/image26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image" Target="media/image25.png"/><Relationship Id="rId35" Type="http://schemas.openxmlformats.org/officeDocument/2006/relationships/image" Target="media/image30.png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4791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>Cristina Elena Popa Tache</cp:lastModifiedBy>
  <cp:revision>2</cp:revision>
  <dcterms:created xsi:type="dcterms:W3CDTF">2025-04-15T17:23:00Z</dcterms:created>
  <dcterms:modified xsi:type="dcterms:W3CDTF">2025-04-15T17:23:00Z</dcterms:modified>
  <cp:category/>
</cp:coreProperties>
</file>